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214CAE" w14:textId="77777777" w:rsidR="00FD0517" w:rsidRDefault="00280F35">
      <w:pPr>
        <w:jc w:val="center"/>
      </w:pPr>
      <w:r>
        <w:rPr>
          <w:noProof/>
        </w:rPr>
        <w:drawing>
          <wp:inline distT="0" distB="0" distL="0" distR="0" wp14:anchorId="70694A7E" wp14:editId="125BAB41">
            <wp:extent cx="2286000" cy="233661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HHHL  - 130x131.jpg"/>
                    <pic:cNvPicPr/>
                  </pic:nvPicPr>
                  <pic:blipFill>
                    <a:blip r:embed="rId6"/>
                    <a:stretch>
                      <a:fillRect/>
                    </a:stretch>
                  </pic:blipFill>
                  <pic:spPr>
                    <a:xfrm>
                      <a:off x="0" y="0"/>
                      <a:ext cx="2286000" cy="2336613"/>
                    </a:xfrm>
                    <a:prstGeom prst="rect">
                      <a:avLst/>
                    </a:prstGeom>
                  </pic:spPr>
                </pic:pic>
              </a:graphicData>
            </a:graphic>
          </wp:inline>
        </w:drawing>
      </w:r>
    </w:p>
    <w:p w14:paraId="1D877FE9" w14:textId="77777777" w:rsidR="00FD0517" w:rsidRPr="00211C85" w:rsidRDefault="00280F35">
      <w:pPr>
        <w:jc w:val="center"/>
        <w:rPr>
          <w:sz w:val="96"/>
          <w:szCs w:val="96"/>
        </w:rPr>
      </w:pPr>
      <w:r>
        <w:rPr>
          <w:b/>
          <w:sz w:val="52"/>
        </w:rPr>
        <w:br/>
      </w:r>
      <w:r w:rsidRPr="00211C85">
        <w:rPr>
          <w:b/>
          <w:sz w:val="96"/>
          <w:szCs w:val="96"/>
        </w:rPr>
        <w:t>Intermediate (50/70) Tournament Booklet</w:t>
      </w:r>
    </w:p>
    <w:p w14:paraId="7242D92B" w14:textId="77777777" w:rsidR="00FD0517" w:rsidRPr="00211C85" w:rsidRDefault="00280F35">
      <w:pPr>
        <w:jc w:val="center"/>
        <w:rPr>
          <w:sz w:val="40"/>
          <w:szCs w:val="40"/>
        </w:rPr>
      </w:pPr>
      <w:r w:rsidRPr="00211C85">
        <w:rPr>
          <w:sz w:val="40"/>
          <w:szCs w:val="40"/>
        </w:rPr>
        <w:t>New York State Little League Championships</w:t>
      </w:r>
    </w:p>
    <w:p w14:paraId="09924A6C" w14:textId="77777777" w:rsidR="00FD0517" w:rsidRPr="00211C85" w:rsidRDefault="00280F35">
      <w:pPr>
        <w:jc w:val="center"/>
        <w:rPr>
          <w:sz w:val="40"/>
          <w:szCs w:val="40"/>
        </w:rPr>
      </w:pPr>
      <w:r w:rsidRPr="00211C85">
        <w:rPr>
          <w:sz w:val="40"/>
          <w:szCs w:val="40"/>
        </w:rPr>
        <w:t>Hosted by Half Hollow Hills Little League – District 34</w:t>
      </w:r>
    </w:p>
    <w:p w14:paraId="4C3DD831" w14:textId="0BBF863D" w:rsidR="00FD0517" w:rsidRPr="00211C85" w:rsidRDefault="00280F35">
      <w:pPr>
        <w:jc w:val="center"/>
        <w:rPr>
          <w:sz w:val="40"/>
          <w:szCs w:val="40"/>
        </w:rPr>
      </w:pPr>
      <w:r w:rsidRPr="00211C85">
        <w:rPr>
          <w:sz w:val="40"/>
          <w:szCs w:val="40"/>
        </w:rPr>
        <w:t>Otsego Park – Dix Hills</w:t>
      </w:r>
    </w:p>
    <w:p w14:paraId="7B9BAA29" w14:textId="77777777" w:rsidR="00FD0517" w:rsidRDefault="00280F35">
      <w:r>
        <w:lastRenderedPageBreak/>
        <w:br w:type="page"/>
      </w:r>
    </w:p>
    <w:p w14:paraId="1DDBE959" w14:textId="77777777" w:rsidR="00FD0517" w:rsidRPr="00D3180C" w:rsidRDefault="00280F35">
      <w:pPr>
        <w:pStyle w:val="Heading1"/>
        <w:rPr>
          <w:sz w:val="40"/>
          <w:szCs w:val="40"/>
        </w:rPr>
      </w:pPr>
      <w:r w:rsidRPr="00D3180C">
        <w:rPr>
          <w:sz w:val="40"/>
          <w:szCs w:val="40"/>
        </w:rPr>
        <w:lastRenderedPageBreak/>
        <w:t>CONGRATULATIONS ON YOUR SECTION CHAMPIONSHIP!</w:t>
      </w:r>
    </w:p>
    <w:p w14:paraId="1893B7F4" w14:textId="77777777" w:rsidR="00FD0517" w:rsidRDefault="00280F35">
      <w:pPr>
        <w:rPr>
          <w:sz w:val="32"/>
          <w:szCs w:val="32"/>
        </w:rPr>
      </w:pPr>
      <w:r w:rsidRPr="00D3180C">
        <w:rPr>
          <w:sz w:val="32"/>
          <w:szCs w:val="32"/>
        </w:rPr>
        <w:t>MUST CONTACT STATE HOST IMMEDIATELY</w:t>
      </w:r>
      <w:r w:rsidRPr="00D3180C">
        <w:rPr>
          <w:sz w:val="32"/>
          <w:szCs w:val="32"/>
        </w:rPr>
        <w:br/>
      </w:r>
      <w:r w:rsidRPr="00D3180C">
        <w:rPr>
          <w:sz w:val="32"/>
          <w:szCs w:val="32"/>
        </w:rPr>
        <w:br/>
        <w:t>Please contact Steven Muraco immediately with:</w:t>
      </w:r>
      <w:r w:rsidRPr="00D3180C">
        <w:rPr>
          <w:sz w:val="32"/>
          <w:szCs w:val="32"/>
        </w:rPr>
        <w:br/>
        <w:t>• Section Number</w:t>
      </w:r>
      <w:r w:rsidRPr="00D3180C">
        <w:rPr>
          <w:sz w:val="32"/>
          <w:szCs w:val="32"/>
        </w:rPr>
        <w:br/>
        <w:t>• League Name &amp; District</w:t>
      </w:r>
      <w:r w:rsidRPr="00D3180C">
        <w:rPr>
          <w:sz w:val="32"/>
          <w:szCs w:val="32"/>
        </w:rPr>
        <w:br/>
        <w:t>• League President Contact Info</w:t>
      </w:r>
      <w:r w:rsidRPr="00D3180C">
        <w:rPr>
          <w:sz w:val="32"/>
          <w:szCs w:val="32"/>
        </w:rPr>
        <w:br/>
        <w:t>• Manager &amp; Coaches Info</w:t>
      </w:r>
      <w:r w:rsidRPr="00D3180C">
        <w:rPr>
          <w:sz w:val="32"/>
          <w:szCs w:val="32"/>
        </w:rPr>
        <w:br/>
        <w:t>• Full Roster (Excel Format)</w:t>
      </w:r>
      <w:r w:rsidRPr="00D3180C">
        <w:rPr>
          <w:sz w:val="32"/>
          <w:szCs w:val="32"/>
        </w:rPr>
        <w:br/>
      </w:r>
      <w:r w:rsidRPr="00D3180C">
        <w:rPr>
          <w:sz w:val="32"/>
          <w:szCs w:val="32"/>
        </w:rPr>
        <w:br/>
        <w:t>Email: muraco@mvsmailers.com</w:t>
      </w:r>
      <w:r w:rsidRPr="00D3180C">
        <w:rPr>
          <w:sz w:val="32"/>
          <w:szCs w:val="32"/>
        </w:rPr>
        <w:br/>
        <w:t>Cell: 631-445-6531</w:t>
      </w:r>
    </w:p>
    <w:p w14:paraId="18D2C0A2" w14:textId="77777777" w:rsidR="00450981" w:rsidRPr="00D3180C" w:rsidRDefault="00450981" w:rsidP="00450981">
      <w:pPr>
        <w:pStyle w:val="Heading1"/>
        <w:rPr>
          <w:sz w:val="40"/>
          <w:szCs w:val="40"/>
        </w:rPr>
      </w:pPr>
      <w:r w:rsidRPr="00D3180C">
        <w:rPr>
          <w:sz w:val="40"/>
          <w:szCs w:val="40"/>
        </w:rPr>
        <w:t>Welcome</w:t>
      </w:r>
    </w:p>
    <w:p w14:paraId="6834D407" w14:textId="77777777" w:rsidR="00450981" w:rsidRPr="00D3180C" w:rsidRDefault="00450981" w:rsidP="00450981">
      <w:pPr>
        <w:rPr>
          <w:sz w:val="32"/>
          <w:szCs w:val="32"/>
        </w:rPr>
      </w:pPr>
      <w:r w:rsidRPr="00D3180C">
        <w:rPr>
          <w:sz w:val="32"/>
          <w:szCs w:val="32"/>
        </w:rPr>
        <w:t>On behalf of Half Hollow Hills Little League and District 34, we welcome you to the New York State Championships. We are proud to host this tournament at Otsego Park and provide a first-class experience for all teams.</w:t>
      </w:r>
    </w:p>
    <w:p w14:paraId="4DB6EDD4" w14:textId="77777777" w:rsidR="00450981" w:rsidRPr="00D3180C" w:rsidRDefault="00450981" w:rsidP="00450981">
      <w:pPr>
        <w:pStyle w:val="Heading1"/>
        <w:rPr>
          <w:sz w:val="40"/>
          <w:szCs w:val="40"/>
        </w:rPr>
      </w:pPr>
      <w:r w:rsidRPr="00D3180C">
        <w:rPr>
          <w:sz w:val="40"/>
          <w:szCs w:val="40"/>
        </w:rPr>
        <w:t>Tournament Contacts</w:t>
      </w:r>
    </w:p>
    <w:p w14:paraId="7DCEBD52" w14:textId="77777777" w:rsidR="00450981" w:rsidRPr="00D3180C" w:rsidRDefault="00450981" w:rsidP="00450981">
      <w:pPr>
        <w:rPr>
          <w:sz w:val="32"/>
          <w:szCs w:val="32"/>
        </w:rPr>
      </w:pPr>
      <w:r w:rsidRPr="00D3180C">
        <w:rPr>
          <w:sz w:val="32"/>
          <w:szCs w:val="32"/>
        </w:rPr>
        <w:t>Steven Muraco – Tournament Director</w:t>
      </w:r>
      <w:r w:rsidRPr="00D3180C">
        <w:rPr>
          <w:sz w:val="32"/>
          <w:szCs w:val="32"/>
        </w:rPr>
        <w:br/>
        <w:t>631-445-6531</w:t>
      </w:r>
      <w:r w:rsidRPr="00D3180C">
        <w:rPr>
          <w:sz w:val="32"/>
          <w:szCs w:val="32"/>
        </w:rPr>
        <w:br/>
        <w:t>muraco@mvsmailers.com</w:t>
      </w:r>
    </w:p>
    <w:p w14:paraId="2239A745" w14:textId="77777777" w:rsidR="00450981" w:rsidRPr="00D3180C" w:rsidRDefault="00450981">
      <w:pPr>
        <w:rPr>
          <w:sz w:val="32"/>
          <w:szCs w:val="32"/>
        </w:rPr>
      </w:pPr>
    </w:p>
    <w:p w14:paraId="7604BD17" w14:textId="77777777" w:rsidR="00FD0517" w:rsidRDefault="00280F35">
      <w:r>
        <w:br w:type="page"/>
      </w:r>
    </w:p>
    <w:p w14:paraId="19636380" w14:textId="77777777" w:rsidR="00824DE3" w:rsidRDefault="00824DE3" w:rsidP="00824DE3">
      <w:pPr>
        <w:rPr>
          <w:rFonts w:ascii="Cambria" w:hAnsi="Cambria"/>
          <w:color w:val="2D2D2D"/>
          <w:sz w:val="23"/>
        </w:rPr>
      </w:pPr>
      <w:r w:rsidRPr="00824DE3">
        <w:rPr>
          <w:rFonts w:ascii="Cambria" w:hAnsi="Cambria"/>
          <w:b/>
          <w:color w:val="2D2D2D"/>
          <w:sz w:val="23"/>
        </w:rPr>
        <w:lastRenderedPageBreak/>
        <w:t>TO:</w:t>
      </w:r>
      <w:r w:rsidRPr="00824DE3">
        <w:rPr>
          <w:rFonts w:ascii="Cambria" w:hAnsi="Cambria"/>
          <w:color w:val="2D2D2D"/>
          <w:sz w:val="23"/>
        </w:rPr>
        <w:t xml:space="preserve"> All District Administrators and Section Coordinators</w:t>
      </w:r>
    </w:p>
    <w:p w14:paraId="0B23CBBB" w14:textId="77777777" w:rsidR="00824DE3" w:rsidRDefault="00824DE3" w:rsidP="00824DE3">
      <w:pPr>
        <w:rPr>
          <w:rFonts w:ascii="Cambria" w:hAnsi="Cambria"/>
          <w:color w:val="2D2D2D"/>
          <w:sz w:val="23"/>
        </w:rPr>
      </w:pPr>
      <w:r w:rsidRPr="00824DE3">
        <w:rPr>
          <w:rFonts w:ascii="Cambria" w:hAnsi="Cambria"/>
          <w:b/>
          <w:color w:val="2D2D2D"/>
          <w:sz w:val="23"/>
        </w:rPr>
        <w:t>SUBJECT:</w:t>
      </w:r>
      <w:r w:rsidRPr="00824DE3">
        <w:rPr>
          <w:rFonts w:ascii="Cambria" w:hAnsi="Cambria"/>
          <w:color w:val="2D2D2D"/>
          <w:sz w:val="23"/>
        </w:rPr>
        <w:t xml:space="preserve"> 2026 Intermediate 50/70 League New York State Championship</w:t>
      </w:r>
    </w:p>
    <w:p w14:paraId="6053AE6C" w14:textId="1F06781F" w:rsidR="00824DE3" w:rsidRDefault="00824DE3" w:rsidP="00824DE3">
      <w:pPr>
        <w:rPr>
          <w:rFonts w:ascii="Cambria" w:hAnsi="Cambria"/>
          <w:color w:val="2D2D2D"/>
          <w:sz w:val="23"/>
        </w:rPr>
      </w:pPr>
      <w:r w:rsidRPr="00824DE3">
        <w:rPr>
          <w:rFonts w:ascii="Cambria" w:hAnsi="Cambria"/>
          <w:b/>
          <w:color w:val="2D2D2D"/>
          <w:sz w:val="23"/>
        </w:rPr>
        <w:t>DATES:</w:t>
      </w:r>
      <w:r w:rsidRPr="00824DE3">
        <w:rPr>
          <w:rFonts w:ascii="Cambria" w:hAnsi="Cambria"/>
          <w:color w:val="2D2D2D"/>
          <w:sz w:val="23"/>
        </w:rPr>
        <w:t xml:space="preserve"> July 1</w:t>
      </w:r>
      <w:r w:rsidR="002144C5">
        <w:rPr>
          <w:rFonts w:ascii="Cambria" w:hAnsi="Cambria"/>
          <w:color w:val="2D2D2D"/>
          <w:sz w:val="23"/>
        </w:rPr>
        <w:t>3</w:t>
      </w:r>
      <w:r w:rsidRPr="00824DE3">
        <w:rPr>
          <w:rFonts w:ascii="Cambria" w:hAnsi="Cambria"/>
          <w:color w:val="2D2D2D"/>
          <w:sz w:val="23"/>
        </w:rPr>
        <w:t>, 2026 – July 18, 2026</w:t>
      </w:r>
    </w:p>
    <w:p w14:paraId="24BAB861" w14:textId="77777777" w:rsidR="00824DE3" w:rsidRDefault="00824DE3" w:rsidP="00824DE3">
      <w:pPr>
        <w:rPr>
          <w:rFonts w:ascii="Cambria" w:hAnsi="Cambria"/>
          <w:color w:val="2D2D2D"/>
          <w:sz w:val="23"/>
        </w:rPr>
      </w:pPr>
      <w:r w:rsidRPr="00824DE3">
        <w:rPr>
          <w:rFonts w:ascii="Cambria" w:hAnsi="Cambria"/>
          <w:b/>
          <w:color w:val="2D2D2D"/>
          <w:sz w:val="23"/>
        </w:rPr>
        <w:t>HOST:</w:t>
      </w:r>
      <w:r w:rsidRPr="00824DE3">
        <w:rPr>
          <w:rFonts w:ascii="Cambria" w:hAnsi="Cambria"/>
          <w:color w:val="2D2D2D"/>
          <w:sz w:val="23"/>
        </w:rPr>
        <w:t xml:space="preserve"> District #34</w:t>
      </w:r>
    </w:p>
    <w:p w14:paraId="63BDEB86" w14:textId="77777777" w:rsidR="00824DE3" w:rsidRDefault="00824DE3" w:rsidP="00824DE3">
      <w:pPr>
        <w:rPr>
          <w:rFonts w:ascii="Cambria" w:hAnsi="Cambria"/>
          <w:color w:val="2D2D2D"/>
          <w:sz w:val="23"/>
        </w:rPr>
      </w:pPr>
      <w:r w:rsidRPr="00824DE3">
        <w:rPr>
          <w:rFonts w:ascii="Cambria" w:hAnsi="Cambria"/>
          <w:b/>
          <w:color w:val="2D2D2D"/>
          <w:sz w:val="23"/>
        </w:rPr>
        <w:t>HOST LEAGUE:</w:t>
      </w:r>
      <w:r w:rsidRPr="00824DE3">
        <w:rPr>
          <w:rFonts w:ascii="Cambria" w:hAnsi="Cambria"/>
          <w:color w:val="2D2D2D"/>
          <w:sz w:val="23"/>
        </w:rPr>
        <w:t xml:space="preserve"> Half Hollow Hills Little League</w:t>
      </w:r>
    </w:p>
    <w:p w14:paraId="1A67B515" w14:textId="77777777" w:rsidR="00824DE3" w:rsidRDefault="00824DE3" w:rsidP="00824DE3">
      <w:pPr>
        <w:rPr>
          <w:rFonts w:ascii="Cambria" w:hAnsi="Cambria"/>
          <w:color w:val="2D2D2D"/>
          <w:sz w:val="23"/>
        </w:rPr>
      </w:pPr>
      <w:r w:rsidRPr="00824DE3">
        <w:rPr>
          <w:rFonts w:ascii="Cambria" w:hAnsi="Cambria"/>
          <w:b/>
          <w:color w:val="2D2D2D"/>
          <w:sz w:val="23"/>
        </w:rPr>
        <w:t>HOST FIELD:</w:t>
      </w:r>
      <w:r w:rsidRPr="00824DE3">
        <w:rPr>
          <w:rFonts w:ascii="Cambria" w:hAnsi="Cambria"/>
          <w:color w:val="2D2D2D"/>
          <w:sz w:val="23"/>
        </w:rPr>
        <w:t xml:space="preserve"> Otsego Park, 55 Otsego Avenue, Dix Hills, NY 11746</w:t>
      </w:r>
    </w:p>
    <w:p w14:paraId="4DD69BA3" w14:textId="77777777" w:rsidR="00824DE3" w:rsidRDefault="00824DE3" w:rsidP="00824DE3">
      <w:pPr>
        <w:rPr>
          <w:rFonts w:ascii="Cambria" w:hAnsi="Cambria"/>
          <w:b/>
          <w:color w:val="2D2D2D"/>
          <w:sz w:val="24"/>
        </w:rPr>
      </w:pPr>
      <w:r w:rsidRPr="00824DE3">
        <w:rPr>
          <w:rFonts w:ascii="Cambria" w:hAnsi="Cambria"/>
          <w:b/>
          <w:color w:val="2D2D2D"/>
          <w:sz w:val="24"/>
        </w:rPr>
        <w:t>Contact Information:</w:t>
      </w:r>
    </w:p>
    <w:p w14:paraId="152C39A4" w14:textId="77777777" w:rsidR="00824DE3" w:rsidRDefault="00824DE3" w:rsidP="00824DE3">
      <w:pPr>
        <w:rPr>
          <w:rFonts w:ascii="Calibri" w:hAnsi="Calibri" w:cs="Calibri"/>
          <w:color w:val="000000"/>
          <w:sz w:val="24"/>
        </w:rPr>
      </w:pPr>
      <w:r w:rsidRPr="00824DE3">
        <w:rPr>
          <w:rFonts w:ascii="Calibri" w:hAnsi="Calibri" w:cs="Calibri"/>
          <w:color w:val="000000"/>
          <w:sz w:val="24"/>
        </w:rPr>
        <w:t>District 34 Administrator / Half Hollow Hills Little League President: Steve Muraco</w:t>
      </w:r>
    </w:p>
    <w:p w14:paraId="095C81A9" w14:textId="77777777" w:rsidR="00824DE3" w:rsidRDefault="00824DE3" w:rsidP="00824DE3">
      <w:pPr>
        <w:rPr>
          <w:rFonts w:ascii="Cambria" w:hAnsi="Cambria"/>
          <w:color w:val="2D2D2D"/>
        </w:rPr>
      </w:pPr>
      <w:r w:rsidRPr="00824DE3">
        <w:rPr>
          <w:rFonts w:ascii="Cambria" w:hAnsi="Cambria"/>
          <w:color w:val="2D2D2D"/>
        </w:rPr>
        <w:t>Phone: 631.445.6531</w:t>
      </w:r>
    </w:p>
    <w:p w14:paraId="1B99AD78" w14:textId="77777777" w:rsidR="00824DE3" w:rsidRDefault="00824DE3" w:rsidP="00824DE3">
      <w:pPr>
        <w:rPr>
          <w:rFonts w:ascii="Cambria" w:hAnsi="Cambria"/>
          <w:color w:val="000000"/>
          <w:u w:val="single"/>
        </w:rPr>
      </w:pPr>
      <w:r w:rsidRPr="00824DE3">
        <w:rPr>
          <w:rFonts w:ascii="Cambria" w:hAnsi="Cambria"/>
          <w:color w:val="000000"/>
        </w:rPr>
        <w:t xml:space="preserve">Email: </w:t>
      </w:r>
      <w:r w:rsidRPr="00824DE3">
        <w:rPr>
          <w:rFonts w:ascii="Cambria" w:hAnsi="Cambria"/>
          <w:color w:val="000000"/>
          <w:u w:val="single"/>
        </w:rPr>
        <w:t>muraco@mvsmailers.com</w:t>
      </w:r>
    </w:p>
    <w:p w14:paraId="4002D86A" w14:textId="77777777" w:rsidR="00824DE3" w:rsidRDefault="00824DE3" w:rsidP="00824DE3">
      <w:pPr>
        <w:rPr>
          <w:b/>
        </w:rPr>
      </w:pPr>
      <w:r w:rsidRPr="00824DE3">
        <w:rPr>
          <w:b/>
        </w:rPr>
        <w:t>Section Winner Notification:</w:t>
      </w:r>
    </w:p>
    <w:p w14:paraId="2CBE492F" w14:textId="77777777" w:rsidR="00824DE3" w:rsidRDefault="00824DE3" w:rsidP="00824DE3">
      <w:pPr>
        <w:rPr>
          <w:rFonts w:ascii="Calibri" w:hAnsi="Calibri" w:cs="Calibri"/>
          <w:color w:val="000000"/>
          <w:sz w:val="24"/>
        </w:rPr>
      </w:pPr>
      <w:r w:rsidRPr="00824DE3">
        <w:rPr>
          <w:rFonts w:ascii="Calibri" w:hAnsi="Calibri" w:cs="Calibri"/>
          <w:color w:val="000000"/>
          <w:sz w:val="24"/>
        </w:rPr>
        <w:t>Upon completion of sectional play, the manager of the winning team is required to promptly contact the state tournament director, Steven Muraco, via email. Please provide comprehensive details regarding the team that will represent your section at the state championship.</w:t>
      </w:r>
    </w:p>
    <w:p w14:paraId="08418DBE" w14:textId="77777777" w:rsidR="00824DE3" w:rsidRDefault="00824DE3" w:rsidP="00824DE3">
      <w:pPr>
        <w:rPr>
          <w:rFonts w:ascii="Cambria" w:hAnsi="Cambria"/>
          <w:b/>
          <w:color w:val="2D2D2D"/>
          <w:sz w:val="24"/>
        </w:rPr>
      </w:pPr>
      <w:r w:rsidRPr="00824DE3">
        <w:rPr>
          <w:rFonts w:ascii="Cambria" w:hAnsi="Cambria"/>
          <w:b/>
          <w:color w:val="2D2D2D"/>
          <w:sz w:val="24"/>
        </w:rPr>
        <w:t>Schedule of Events:</w:t>
      </w:r>
    </w:p>
    <w:p w14:paraId="591A763C" w14:textId="2F4647EB" w:rsidR="00824DE3" w:rsidRDefault="00824DE3" w:rsidP="00824DE3">
      <w:pPr>
        <w:pStyle w:val="ListParagraph"/>
        <w:numPr>
          <w:ilvl w:val="0"/>
          <w:numId w:val="10"/>
        </w:numPr>
        <w:ind w:left="690"/>
        <w:rPr>
          <w:rFonts w:ascii="Cambria" w:hAnsi="Cambria"/>
          <w:color w:val="2D2D2D"/>
          <w:sz w:val="23"/>
        </w:rPr>
      </w:pPr>
      <w:r w:rsidRPr="00824DE3">
        <w:rPr>
          <w:rFonts w:ascii="Cambria" w:hAnsi="Cambria"/>
          <w:color w:val="2D2D2D"/>
          <w:sz w:val="23"/>
        </w:rPr>
        <w:t>July 1</w:t>
      </w:r>
      <w:r w:rsidR="002144C5">
        <w:rPr>
          <w:rFonts w:ascii="Cambria" w:hAnsi="Cambria"/>
          <w:color w:val="2D2D2D"/>
          <w:sz w:val="23"/>
        </w:rPr>
        <w:t>2</w:t>
      </w:r>
      <w:r w:rsidRPr="00824DE3">
        <w:rPr>
          <w:rFonts w:ascii="Cambria" w:hAnsi="Cambria"/>
          <w:color w:val="2D2D2D"/>
          <w:sz w:val="23"/>
        </w:rPr>
        <w:t>, 2026, 7:30 PM: Managers Meeting and Team Affidavit Verification (All Teams)</w:t>
      </w:r>
    </w:p>
    <w:p w14:paraId="015F4C80" w14:textId="77777777" w:rsidR="00824DE3" w:rsidRDefault="00824DE3" w:rsidP="00824DE3">
      <w:pPr>
        <w:rPr>
          <w:rFonts w:ascii="Cambria" w:hAnsi="Cambria"/>
          <w:color w:val="2D2D2D"/>
          <w:sz w:val="24"/>
        </w:rPr>
      </w:pPr>
      <w:r w:rsidRPr="00824DE3">
        <w:rPr>
          <w:rFonts w:ascii="Cambria" w:hAnsi="Cambria"/>
          <w:color w:val="2D2D2D"/>
          <w:sz w:val="24"/>
        </w:rPr>
        <w:tab/>
        <w:t>Location: Otsego Park, 55 Otsego Avenue, Dix Hills, NY 11746</w:t>
      </w:r>
    </w:p>
    <w:p w14:paraId="3231F0C7" w14:textId="77777777" w:rsidR="00824DE3" w:rsidRDefault="00824DE3" w:rsidP="00824DE3">
      <w:pPr>
        <w:rPr>
          <w:rFonts w:ascii="Times New Roman" w:hAnsi="Times New Roman" w:cs="Times New Roman"/>
          <w:b/>
          <w:color w:val="2D2D2D"/>
          <w:sz w:val="26"/>
        </w:rPr>
      </w:pPr>
      <w:r w:rsidRPr="00824DE3">
        <w:rPr>
          <w:rFonts w:ascii="Times New Roman" w:hAnsi="Times New Roman" w:cs="Times New Roman"/>
          <w:b/>
          <w:color w:val="2D2D2D"/>
          <w:sz w:val="26"/>
        </w:rPr>
        <w:t>Important Note:</w:t>
      </w:r>
    </w:p>
    <w:p w14:paraId="6E89FFFD" w14:textId="118CC417" w:rsidR="00824DE3" w:rsidRDefault="00824DE3" w:rsidP="00824DE3">
      <w:pPr>
        <w:rPr>
          <w:rFonts w:ascii="Calibri" w:hAnsi="Calibri" w:cs="Calibri"/>
          <w:color w:val="000000"/>
          <w:sz w:val="24"/>
        </w:rPr>
      </w:pPr>
      <w:r w:rsidRPr="00824DE3">
        <w:rPr>
          <w:rFonts w:ascii="Calibri" w:hAnsi="Calibri" w:cs="Calibri"/>
          <w:color w:val="000000"/>
          <w:sz w:val="24"/>
        </w:rPr>
        <w:t xml:space="preserve">The tournament draw will take place during the </w:t>
      </w:r>
      <w:r w:rsidR="004A7185" w:rsidRPr="00824DE3">
        <w:rPr>
          <w:rFonts w:ascii="Calibri" w:hAnsi="Calibri" w:cs="Calibri"/>
          <w:color w:val="000000"/>
          <w:sz w:val="24"/>
        </w:rPr>
        <w:t>managers’</w:t>
      </w:r>
      <w:r w:rsidRPr="00824DE3">
        <w:rPr>
          <w:rFonts w:ascii="Calibri" w:hAnsi="Calibri" w:cs="Calibri"/>
          <w:color w:val="000000"/>
          <w:sz w:val="24"/>
        </w:rPr>
        <w:t xml:space="preserve"> meeting.</w:t>
      </w:r>
    </w:p>
    <w:p w14:paraId="22736301" w14:textId="22248834" w:rsidR="00C52082" w:rsidRPr="00824DE3" w:rsidRDefault="00824DE3" w:rsidP="00824DE3">
      <w:pPr>
        <w:rPr>
          <w:rFonts w:ascii="Cambria" w:hAnsi="Cambria"/>
          <w:color w:val="000000"/>
        </w:rPr>
      </w:pPr>
      <w:r w:rsidRPr="00824DE3">
        <w:rPr>
          <w:rFonts w:ascii="Cambria" w:hAnsi="Cambria"/>
          <w:color w:val="000000"/>
        </w:rPr>
        <w:t>Please ensure all team information is submitted, along with a photograph of the championship team displaying the 2026 Sectional Flag.</w:t>
      </w:r>
    </w:p>
    <w:p w14:paraId="3FA9D735" w14:textId="77777777" w:rsidR="00C52082" w:rsidRDefault="00C52082" w:rsidP="00C52082">
      <w:pPr>
        <w:pStyle w:val="BodyText"/>
        <w:spacing w:before="3" w:line="237" w:lineRule="auto"/>
        <w:ind w:left="152" w:right="1615" w:firstLine="6"/>
      </w:pPr>
    </w:p>
    <w:p w14:paraId="4418A531" w14:textId="77777777" w:rsidR="004A7185" w:rsidRDefault="004A7185" w:rsidP="00C52082">
      <w:pPr>
        <w:spacing w:before="246"/>
        <w:ind w:left="163"/>
        <w:rPr>
          <w:b/>
          <w:color w:val="2D2D2D"/>
          <w:spacing w:val="-2"/>
          <w:sz w:val="23"/>
        </w:rPr>
      </w:pPr>
    </w:p>
    <w:p w14:paraId="344506C0" w14:textId="77777777" w:rsidR="004A7185" w:rsidRDefault="004A7185" w:rsidP="00C52082">
      <w:pPr>
        <w:spacing w:before="246"/>
        <w:ind w:left="163"/>
        <w:rPr>
          <w:b/>
          <w:color w:val="2D2D2D"/>
          <w:spacing w:val="-2"/>
          <w:sz w:val="23"/>
        </w:rPr>
      </w:pPr>
    </w:p>
    <w:p w14:paraId="21BDE88C" w14:textId="77777777" w:rsidR="004A7185" w:rsidRDefault="004A7185" w:rsidP="00C52082">
      <w:pPr>
        <w:spacing w:before="246"/>
        <w:ind w:left="163"/>
        <w:rPr>
          <w:b/>
          <w:color w:val="2D2D2D"/>
          <w:spacing w:val="-2"/>
          <w:sz w:val="23"/>
        </w:rPr>
      </w:pPr>
    </w:p>
    <w:p w14:paraId="35F161EF" w14:textId="77777777" w:rsidR="00FE6D5E" w:rsidRDefault="00FE6D5E" w:rsidP="00FE6D5E">
      <w:pPr>
        <w:pStyle w:val="Heading1"/>
        <w:rPr>
          <w:rFonts w:ascii="Calibri" w:hAnsi="Calibri" w:cs="Calibri"/>
          <w:color w:val="365F91"/>
          <w:sz w:val="40"/>
        </w:rPr>
      </w:pPr>
      <w:r w:rsidRPr="00FE6D5E">
        <w:rPr>
          <w:rFonts w:ascii="Calibri" w:hAnsi="Calibri" w:cs="Calibri"/>
          <w:color w:val="365F91"/>
          <w:sz w:val="40"/>
        </w:rPr>
        <w:lastRenderedPageBreak/>
        <w:t>Manager’s Meeting</w:t>
      </w:r>
    </w:p>
    <w:p w14:paraId="45A020B5" w14:textId="77777777" w:rsidR="00941CDC" w:rsidRDefault="00FE6D5E" w:rsidP="00FE6D5E">
      <w:pPr>
        <w:rPr>
          <w:rFonts w:ascii="Cambria" w:hAnsi="Cambria"/>
          <w:color w:val="000000"/>
          <w:sz w:val="32"/>
        </w:rPr>
      </w:pPr>
      <w:r w:rsidRPr="00FE6D5E">
        <w:rPr>
          <w:rFonts w:ascii="Cambria" w:hAnsi="Cambria"/>
          <w:color w:val="000000"/>
          <w:sz w:val="32"/>
        </w:rPr>
        <w:t>Location: Otsego Park</w:t>
      </w:r>
    </w:p>
    <w:p w14:paraId="3D3C1428" w14:textId="15CCAAC3" w:rsidR="008049C7" w:rsidRDefault="008049C7" w:rsidP="00FE6D5E">
      <w:pPr>
        <w:rPr>
          <w:rFonts w:ascii="Calibri" w:hAnsi="Calibri" w:cs="Calibri"/>
          <w:color w:val="000000"/>
          <w:sz w:val="24"/>
        </w:rPr>
      </w:pPr>
      <w:r>
        <w:rPr>
          <w:rFonts w:ascii="Calibri" w:hAnsi="Calibri" w:cs="Calibri"/>
          <w:color w:val="000000"/>
          <w:sz w:val="24"/>
        </w:rPr>
        <w:t>Date: 7/1</w:t>
      </w:r>
      <w:r w:rsidR="002144C5">
        <w:rPr>
          <w:rFonts w:ascii="Calibri" w:hAnsi="Calibri" w:cs="Calibri"/>
          <w:color w:val="000000"/>
          <w:sz w:val="24"/>
        </w:rPr>
        <w:t>2</w:t>
      </w:r>
      <w:r>
        <w:rPr>
          <w:rFonts w:ascii="Calibri" w:hAnsi="Calibri" w:cs="Calibri"/>
          <w:color w:val="000000"/>
          <w:sz w:val="24"/>
        </w:rPr>
        <w:t>/26</w:t>
      </w:r>
    </w:p>
    <w:p w14:paraId="27E67F51" w14:textId="769B41E6" w:rsidR="00FE6D5E" w:rsidRDefault="00FE6D5E" w:rsidP="00FE6D5E">
      <w:pPr>
        <w:rPr>
          <w:rFonts w:ascii="Calibri" w:hAnsi="Calibri" w:cs="Calibri"/>
          <w:color w:val="000000"/>
          <w:sz w:val="24"/>
        </w:rPr>
      </w:pPr>
      <w:r w:rsidRPr="00FE6D5E">
        <w:rPr>
          <w:rFonts w:ascii="Calibri" w:hAnsi="Calibri" w:cs="Calibri"/>
          <w:color w:val="000000"/>
          <w:sz w:val="24"/>
        </w:rPr>
        <w:t>Time: 7:30 PM</w:t>
      </w:r>
    </w:p>
    <w:p w14:paraId="520A39A3" w14:textId="77777777" w:rsidR="00FE6D5E" w:rsidRDefault="00FE6D5E" w:rsidP="00FE6D5E">
      <w:pPr>
        <w:rPr>
          <w:rFonts w:ascii="Cambria" w:hAnsi="Cambria"/>
          <w:b/>
          <w:color w:val="000000"/>
          <w:sz w:val="32"/>
        </w:rPr>
      </w:pPr>
      <w:r w:rsidRPr="00FE6D5E">
        <w:rPr>
          <w:rFonts w:ascii="Cambria" w:hAnsi="Cambria"/>
          <w:b/>
          <w:color w:val="000000"/>
          <w:sz w:val="32"/>
        </w:rPr>
        <w:t>AGENDA:</w:t>
      </w:r>
    </w:p>
    <w:p w14:paraId="43A8E814" w14:textId="77777777" w:rsidR="00FE6D5E" w:rsidRDefault="00FE6D5E" w:rsidP="00FE6D5E">
      <w:pPr>
        <w:pStyle w:val="ListParagraph"/>
        <w:numPr>
          <w:ilvl w:val="0"/>
          <w:numId w:val="17"/>
        </w:numPr>
        <w:ind w:left="690"/>
        <w:rPr>
          <w:rFonts w:ascii="Cambria" w:hAnsi="Cambria"/>
          <w:color w:val="2D2D2D"/>
          <w:sz w:val="23"/>
        </w:rPr>
      </w:pPr>
      <w:r w:rsidRPr="00FE6D5E">
        <w:rPr>
          <w:rFonts w:ascii="Cambria" w:hAnsi="Cambria"/>
          <w:color w:val="2D2D2D"/>
          <w:sz w:val="23"/>
        </w:rPr>
        <w:t>Complimentary buffet provided for managers, coaches, and officials</w:t>
      </w:r>
    </w:p>
    <w:p w14:paraId="11A346F1" w14:textId="77777777" w:rsidR="00FE6D5E" w:rsidRDefault="00FE6D5E" w:rsidP="00FE6D5E">
      <w:pPr>
        <w:pStyle w:val="ListParagraph"/>
        <w:numPr>
          <w:ilvl w:val="0"/>
          <w:numId w:val="17"/>
        </w:numPr>
        <w:ind w:left="690"/>
        <w:rPr>
          <w:rFonts w:ascii="Cambria" w:hAnsi="Cambria"/>
          <w:color w:val="2D2D2D"/>
          <w:sz w:val="23"/>
        </w:rPr>
      </w:pPr>
      <w:r w:rsidRPr="00FE6D5E">
        <w:rPr>
          <w:rFonts w:ascii="Cambria" w:hAnsi="Cambria"/>
          <w:color w:val="2D2D2D"/>
          <w:sz w:val="23"/>
        </w:rPr>
        <w:t>Discussion of rules and competition schedule</w:t>
      </w:r>
    </w:p>
    <w:p w14:paraId="305B6FB4" w14:textId="77777777" w:rsidR="00FE6D5E" w:rsidRDefault="00FE6D5E" w:rsidP="00FE6D5E">
      <w:pPr>
        <w:pStyle w:val="ListParagraph"/>
        <w:numPr>
          <w:ilvl w:val="0"/>
          <w:numId w:val="17"/>
        </w:numPr>
        <w:ind w:left="690"/>
        <w:rPr>
          <w:rFonts w:ascii="Cambria" w:hAnsi="Cambria"/>
          <w:color w:val="2D2D2D"/>
          <w:sz w:val="23"/>
        </w:rPr>
      </w:pPr>
      <w:r w:rsidRPr="00FE6D5E">
        <w:rPr>
          <w:rFonts w:ascii="Cambria" w:hAnsi="Cambria"/>
          <w:color w:val="2D2D2D"/>
          <w:sz w:val="23"/>
        </w:rPr>
        <w:t>Affidavit review for double elimination format</w:t>
      </w:r>
    </w:p>
    <w:p w14:paraId="035652CC" w14:textId="44F44970" w:rsidR="005C1981" w:rsidRDefault="00CE19AC" w:rsidP="00FE6D5E">
      <w:pPr>
        <w:pStyle w:val="ListParagraph"/>
        <w:numPr>
          <w:ilvl w:val="0"/>
          <w:numId w:val="17"/>
        </w:numPr>
        <w:ind w:left="690"/>
        <w:rPr>
          <w:rFonts w:ascii="Cambria" w:hAnsi="Cambria"/>
          <w:color w:val="2D2D2D"/>
          <w:sz w:val="23"/>
        </w:rPr>
      </w:pPr>
      <w:r>
        <w:rPr>
          <w:rFonts w:ascii="Cambria" w:hAnsi="Cambria"/>
          <w:color w:val="2D2D2D"/>
          <w:sz w:val="23"/>
        </w:rPr>
        <w:t>Q &amp; A</w:t>
      </w:r>
    </w:p>
    <w:p w14:paraId="790B718A" w14:textId="34FEE1DB" w:rsidR="00A972E3" w:rsidRDefault="00A972E3" w:rsidP="00FE6D5E">
      <w:pPr>
        <w:pStyle w:val="ListParagraph"/>
        <w:numPr>
          <w:ilvl w:val="0"/>
          <w:numId w:val="17"/>
        </w:numPr>
        <w:ind w:left="690"/>
        <w:rPr>
          <w:rFonts w:ascii="Cambria" w:hAnsi="Cambria"/>
          <w:color w:val="2D2D2D"/>
          <w:sz w:val="23"/>
        </w:rPr>
      </w:pPr>
      <w:r>
        <w:rPr>
          <w:rFonts w:ascii="Cambria" w:hAnsi="Cambria"/>
          <w:color w:val="2D2D2D"/>
          <w:sz w:val="23"/>
        </w:rPr>
        <w:t>Tournament Draw</w:t>
      </w:r>
    </w:p>
    <w:p w14:paraId="4BEA053A" w14:textId="2D66C485" w:rsidR="009D352C" w:rsidRPr="00941CDC" w:rsidRDefault="00CE19AC" w:rsidP="00CE19AC">
      <w:pPr>
        <w:pStyle w:val="ListParagraph"/>
        <w:numPr>
          <w:ilvl w:val="0"/>
          <w:numId w:val="17"/>
        </w:numPr>
        <w:ind w:left="690"/>
        <w:rPr>
          <w:rFonts w:ascii="Cambria" w:hAnsi="Cambria"/>
          <w:color w:val="2D2D2D"/>
          <w:sz w:val="23"/>
        </w:rPr>
      </w:pPr>
      <w:r w:rsidRPr="00941CDC">
        <w:rPr>
          <w:rFonts w:ascii="Cambria" w:hAnsi="Cambria"/>
          <w:color w:val="2D2D2D"/>
          <w:sz w:val="23"/>
        </w:rPr>
        <w:t>Practice Schedule</w:t>
      </w:r>
    </w:p>
    <w:p w14:paraId="32127AD3" w14:textId="77777777" w:rsidR="005C1981" w:rsidRDefault="005C1981" w:rsidP="005C1981">
      <w:pPr>
        <w:rPr>
          <w:rFonts w:ascii="Cambria" w:hAnsi="Cambria"/>
          <w:b/>
          <w:color w:val="2D2D2D"/>
        </w:rPr>
      </w:pPr>
      <w:r w:rsidRPr="005C1981">
        <w:rPr>
          <w:rFonts w:ascii="Cambria" w:hAnsi="Cambria"/>
          <w:b/>
          <w:color w:val="2D2D2D"/>
        </w:rPr>
        <w:t>GAME SCHEDULE</w:t>
      </w:r>
    </w:p>
    <w:p w14:paraId="2A090671" w14:textId="77777777" w:rsidR="005C1981" w:rsidRDefault="005C1981" w:rsidP="005C1981">
      <w:pPr>
        <w:pStyle w:val="ListParagraph"/>
        <w:numPr>
          <w:ilvl w:val="0"/>
          <w:numId w:val="12"/>
        </w:numPr>
        <w:ind w:left="690"/>
        <w:rPr>
          <w:rFonts w:ascii="Cambria" w:hAnsi="Cambria"/>
          <w:color w:val="2D2D2D"/>
          <w:sz w:val="23"/>
        </w:rPr>
      </w:pPr>
      <w:r w:rsidRPr="005C1981">
        <w:rPr>
          <w:rFonts w:ascii="Cambria" w:hAnsi="Cambria"/>
          <w:color w:val="2D2D2D"/>
          <w:sz w:val="23"/>
        </w:rPr>
        <w:t>Initial game times to be determined.</w:t>
      </w:r>
    </w:p>
    <w:p w14:paraId="5ECEC91C" w14:textId="77777777" w:rsidR="005C1981" w:rsidRDefault="005C1981" w:rsidP="005C1981">
      <w:pPr>
        <w:pStyle w:val="ListParagraph"/>
        <w:numPr>
          <w:ilvl w:val="0"/>
          <w:numId w:val="12"/>
        </w:numPr>
        <w:ind w:left="690"/>
        <w:rPr>
          <w:rFonts w:ascii="Cambria" w:hAnsi="Cambria"/>
          <w:color w:val="2D2D2D"/>
          <w:sz w:val="23"/>
        </w:rPr>
      </w:pPr>
      <w:r w:rsidRPr="005C1981">
        <w:rPr>
          <w:rFonts w:ascii="Cambria" w:hAnsi="Cambria"/>
          <w:color w:val="2D2D2D"/>
          <w:sz w:val="23"/>
        </w:rPr>
        <w:t>The practice field will be available throughout the day; a detailed practice schedule will be provided at the Managers’ Meeting. Practice sessions are scheduled in 1.5-hour increments from 9:00 AM to 3:00 PM.</w:t>
      </w:r>
    </w:p>
    <w:p w14:paraId="374F3A92" w14:textId="77777777" w:rsidR="005C1981" w:rsidRDefault="005C1981" w:rsidP="005C1981">
      <w:pPr>
        <w:pStyle w:val="ListParagraph"/>
        <w:numPr>
          <w:ilvl w:val="0"/>
          <w:numId w:val="12"/>
        </w:numPr>
        <w:ind w:left="690"/>
        <w:rPr>
          <w:rFonts w:ascii="Cambria" w:hAnsi="Cambria"/>
          <w:color w:val="2D2D2D"/>
          <w:sz w:val="23"/>
        </w:rPr>
      </w:pPr>
      <w:r w:rsidRPr="005C1981">
        <w:rPr>
          <w:rFonts w:ascii="Cambria" w:hAnsi="Cambria"/>
          <w:color w:val="2D2D2D"/>
          <w:sz w:val="23"/>
        </w:rPr>
        <w:t>Batting cages are accessible from 9:00 AM to 8:00 PM in 1.5-hour intervals.</w:t>
      </w:r>
    </w:p>
    <w:p w14:paraId="49D4B77D" w14:textId="77777777" w:rsidR="005C1981" w:rsidRDefault="005C1981" w:rsidP="005C1981">
      <w:pPr>
        <w:rPr>
          <w:rFonts w:ascii="Cambria" w:hAnsi="Cambria"/>
          <w:b/>
          <w:color w:val="2D2D2D"/>
        </w:rPr>
      </w:pPr>
      <w:r w:rsidRPr="005C1981">
        <w:rPr>
          <w:rFonts w:ascii="Cambria" w:hAnsi="Cambria"/>
          <w:b/>
          <w:color w:val="2D2D2D"/>
        </w:rPr>
        <w:t>Tournament:</w:t>
      </w:r>
    </w:p>
    <w:p w14:paraId="2DA14B0A" w14:textId="77777777" w:rsidR="005C1981" w:rsidRDefault="005C1981" w:rsidP="005C1981">
      <w:pPr>
        <w:pStyle w:val="ListParagraph"/>
        <w:numPr>
          <w:ilvl w:val="0"/>
          <w:numId w:val="13"/>
        </w:numPr>
        <w:ind w:left="690"/>
        <w:rPr>
          <w:rFonts w:ascii="Cambria" w:hAnsi="Cambria"/>
          <w:color w:val="2D2D2D"/>
          <w:sz w:val="23"/>
        </w:rPr>
      </w:pPr>
      <w:r w:rsidRPr="005C1981">
        <w:rPr>
          <w:rFonts w:ascii="Cambria" w:hAnsi="Cambria"/>
          <w:color w:val="2D2D2D"/>
          <w:sz w:val="23"/>
        </w:rPr>
        <w:t>The tournament will follow a double elimination format.</w:t>
      </w:r>
    </w:p>
    <w:p w14:paraId="2BF002D3" w14:textId="77777777" w:rsidR="005C1981" w:rsidRDefault="005C1981" w:rsidP="005C1981">
      <w:pPr>
        <w:rPr>
          <w:rFonts w:ascii="Cambria" w:hAnsi="Cambria"/>
          <w:b/>
          <w:color w:val="2D2D2D"/>
        </w:rPr>
      </w:pPr>
      <w:r w:rsidRPr="005C1981">
        <w:rPr>
          <w:rFonts w:ascii="Cambria" w:hAnsi="Cambria"/>
          <w:b/>
          <w:color w:val="2D2D2D"/>
        </w:rPr>
        <w:t>Housing:</w:t>
      </w:r>
    </w:p>
    <w:p w14:paraId="606962C2" w14:textId="77777777" w:rsidR="005C1981" w:rsidRDefault="005C1981" w:rsidP="005C1981">
      <w:pPr>
        <w:pStyle w:val="ListParagraph"/>
        <w:numPr>
          <w:ilvl w:val="0"/>
          <w:numId w:val="14"/>
        </w:numPr>
        <w:ind w:left="690"/>
        <w:rPr>
          <w:rFonts w:ascii="Cambria" w:hAnsi="Cambria"/>
          <w:color w:val="2D2D2D"/>
          <w:sz w:val="23"/>
        </w:rPr>
      </w:pPr>
      <w:r w:rsidRPr="005C1981">
        <w:rPr>
          <w:rFonts w:ascii="Cambria" w:hAnsi="Cambria"/>
          <w:color w:val="2D2D2D"/>
          <w:sz w:val="23"/>
        </w:rPr>
        <w:t>Meals and lodging arrangements are the responsibility of each participating league.</w:t>
      </w:r>
    </w:p>
    <w:p w14:paraId="49F8F009" w14:textId="77777777" w:rsidR="005C1981" w:rsidRDefault="005C1981" w:rsidP="005C1981">
      <w:pPr>
        <w:rPr>
          <w:rFonts w:ascii="Cambria" w:hAnsi="Cambria"/>
          <w:b/>
          <w:color w:val="2D2D2D"/>
        </w:rPr>
      </w:pPr>
      <w:r w:rsidRPr="005C1981">
        <w:rPr>
          <w:rFonts w:ascii="Cambria" w:hAnsi="Cambria"/>
          <w:b/>
          <w:color w:val="2D2D2D"/>
        </w:rPr>
        <w:t>Concessions:</w:t>
      </w:r>
    </w:p>
    <w:p w14:paraId="2219CF77" w14:textId="51371A4E" w:rsidR="00C52082" w:rsidRDefault="005C1981" w:rsidP="005C1981">
      <w:pPr>
        <w:pStyle w:val="ListParagraph"/>
        <w:numPr>
          <w:ilvl w:val="0"/>
          <w:numId w:val="15"/>
        </w:numPr>
        <w:ind w:left="690"/>
        <w:rPr>
          <w:rFonts w:ascii="Cambria" w:hAnsi="Cambria"/>
          <w:color w:val="2D2D2D"/>
          <w:sz w:val="23"/>
        </w:rPr>
      </w:pPr>
      <w:r w:rsidRPr="005C1981">
        <w:rPr>
          <w:rFonts w:ascii="Cambria" w:hAnsi="Cambria"/>
          <w:color w:val="2D2D2D"/>
          <w:sz w:val="23"/>
        </w:rPr>
        <w:t>A fully stocked refreshment stand will be open before, during, and after each game. Convenient restroom facilities are also available on site.</w:t>
      </w:r>
    </w:p>
    <w:p w14:paraId="0ABEF56C" w14:textId="77777777" w:rsidR="00941CDC" w:rsidRPr="005C1981" w:rsidRDefault="00941CDC" w:rsidP="00941CDC">
      <w:pPr>
        <w:pStyle w:val="ListParagraph"/>
        <w:ind w:left="690"/>
        <w:rPr>
          <w:rFonts w:ascii="Cambria" w:hAnsi="Cambria"/>
          <w:color w:val="2D2D2D"/>
          <w:sz w:val="23"/>
        </w:rPr>
      </w:pPr>
    </w:p>
    <w:p w14:paraId="5338C286" w14:textId="77777777" w:rsidR="00C52082" w:rsidRDefault="00C52082" w:rsidP="00C52082">
      <w:pPr>
        <w:pStyle w:val="BodyText"/>
        <w:rPr>
          <w:sz w:val="28"/>
        </w:rPr>
      </w:pPr>
    </w:p>
    <w:p w14:paraId="01022D96" w14:textId="77777777" w:rsidR="00FD0517" w:rsidRDefault="00280F35">
      <w:r>
        <w:br w:type="page"/>
      </w:r>
    </w:p>
    <w:p w14:paraId="187A7F97" w14:textId="27489E02" w:rsidR="00470188" w:rsidRPr="00AA6A00" w:rsidRDefault="00470188" w:rsidP="00470188">
      <w:pPr>
        <w:spacing w:before="54"/>
        <w:ind w:left="959"/>
        <w:rPr>
          <w:b/>
          <w:sz w:val="96"/>
          <w:szCs w:val="96"/>
        </w:rPr>
      </w:pPr>
      <w:r w:rsidRPr="00AA6A00">
        <w:rPr>
          <w:b/>
          <w:color w:val="1F1F1F"/>
          <w:sz w:val="96"/>
          <w:szCs w:val="96"/>
        </w:rPr>
        <w:lastRenderedPageBreak/>
        <w:t>2026 Int. 50/70</w:t>
      </w:r>
      <w:r w:rsidRPr="00AA6A00">
        <w:rPr>
          <w:b/>
          <w:color w:val="1F1F1F"/>
          <w:spacing w:val="-12"/>
          <w:sz w:val="96"/>
          <w:szCs w:val="96"/>
        </w:rPr>
        <w:t xml:space="preserve"> </w:t>
      </w:r>
      <w:r w:rsidRPr="00AA6A00">
        <w:rPr>
          <w:b/>
          <w:color w:val="1F1F1F"/>
          <w:sz w:val="96"/>
          <w:szCs w:val="96"/>
        </w:rPr>
        <w:t>Game</w:t>
      </w:r>
      <w:r w:rsidRPr="00AA6A00">
        <w:rPr>
          <w:b/>
          <w:color w:val="1F1F1F"/>
          <w:spacing w:val="-11"/>
          <w:sz w:val="96"/>
          <w:szCs w:val="96"/>
        </w:rPr>
        <w:t xml:space="preserve"> </w:t>
      </w:r>
      <w:r w:rsidRPr="00AA6A00">
        <w:rPr>
          <w:b/>
          <w:color w:val="1F1F1F"/>
          <w:spacing w:val="-2"/>
          <w:sz w:val="96"/>
          <w:szCs w:val="96"/>
        </w:rPr>
        <w:t>Schedule</w:t>
      </w:r>
    </w:p>
    <w:p w14:paraId="2E7D70D0" w14:textId="77777777" w:rsidR="00470188" w:rsidRDefault="00470188" w:rsidP="00470188">
      <w:pPr>
        <w:pStyle w:val="BodyText"/>
        <w:rPr>
          <w:b/>
          <w:sz w:val="56"/>
        </w:rPr>
      </w:pPr>
    </w:p>
    <w:p w14:paraId="1D5DB4CE" w14:textId="77777777" w:rsidR="00470188" w:rsidRDefault="00470188" w:rsidP="00470188">
      <w:pPr>
        <w:pStyle w:val="BodyText"/>
        <w:spacing w:before="2"/>
        <w:rPr>
          <w:b/>
          <w:sz w:val="45"/>
        </w:rPr>
      </w:pPr>
    </w:p>
    <w:p w14:paraId="79A96425" w14:textId="0DA84C6C" w:rsidR="0008367F" w:rsidRPr="00AA6A00" w:rsidRDefault="00F568D4">
      <w:pPr>
        <w:rPr>
          <w:sz w:val="48"/>
          <w:szCs w:val="48"/>
        </w:rPr>
      </w:pPr>
      <w:r w:rsidRPr="00AA6A00">
        <w:rPr>
          <w:sz w:val="48"/>
          <w:szCs w:val="48"/>
        </w:rPr>
        <w:t xml:space="preserve">7/13 – </w:t>
      </w:r>
      <w:r w:rsidR="000D1316" w:rsidRPr="00AA6A00">
        <w:rPr>
          <w:sz w:val="48"/>
          <w:szCs w:val="48"/>
        </w:rPr>
        <w:t xml:space="preserve">Game Times - </w:t>
      </w:r>
      <w:r w:rsidRPr="00AA6A00">
        <w:rPr>
          <w:sz w:val="48"/>
          <w:szCs w:val="48"/>
        </w:rPr>
        <w:t xml:space="preserve">10 AM – </w:t>
      </w:r>
      <w:r w:rsidR="00D0137B" w:rsidRPr="00AA6A00">
        <w:rPr>
          <w:sz w:val="48"/>
          <w:szCs w:val="48"/>
        </w:rPr>
        <w:t>3</w:t>
      </w:r>
      <w:r w:rsidRPr="00AA6A00">
        <w:rPr>
          <w:sz w:val="48"/>
          <w:szCs w:val="48"/>
        </w:rPr>
        <w:t xml:space="preserve"> PM</w:t>
      </w:r>
    </w:p>
    <w:p w14:paraId="52B70556" w14:textId="33D3A522" w:rsidR="0008367F" w:rsidRPr="00AA6A00" w:rsidRDefault="0008367F">
      <w:pPr>
        <w:rPr>
          <w:sz w:val="48"/>
          <w:szCs w:val="48"/>
        </w:rPr>
      </w:pPr>
      <w:r w:rsidRPr="00AA6A00">
        <w:rPr>
          <w:sz w:val="48"/>
          <w:szCs w:val="48"/>
        </w:rPr>
        <w:t xml:space="preserve">7/14 – </w:t>
      </w:r>
      <w:r w:rsidR="000D1316" w:rsidRPr="00AA6A00">
        <w:rPr>
          <w:sz w:val="48"/>
          <w:szCs w:val="48"/>
        </w:rPr>
        <w:t xml:space="preserve">Game Times - </w:t>
      </w:r>
      <w:r w:rsidRPr="00AA6A00">
        <w:rPr>
          <w:sz w:val="48"/>
          <w:szCs w:val="48"/>
        </w:rPr>
        <w:t xml:space="preserve">10 AM – </w:t>
      </w:r>
      <w:r w:rsidR="00D0137B" w:rsidRPr="00AA6A00">
        <w:rPr>
          <w:sz w:val="48"/>
          <w:szCs w:val="48"/>
        </w:rPr>
        <w:t>3</w:t>
      </w:r>
      <w:r w:rsidRPr="00AA6A00">
        <w:rPr>
          <w:sz w:val="48"/>
          <w:szCs w:val="48"/>
        </w:rPr>
        <w:t xml:space="preserve"> PM</w:t>
      </w:r>
    </w:p>
    <w:p w14:paraId="3DE2D558" w14:textId="3A2A2BAF" w:rsidR="0008367F" w:rsidRPr="00AA6A00" w:rsidRDefault="0008367F">
      <w:pPr>
        <w:rPr>
          <w:sz w:val="48"/>
          <w:szCs w:val="48"/>
        </w:rPr>
      </w:pPr>
      <w:r w:rsidRPr="00AA6A00">
        <w:rPr>
          <w:sz w:val="48"/>
          <w:szCs w:val="48"/>
        </w:rPr>
        <w:t xml:space="preserve">7/15 – </w:t>
      </w:r>
      <w:r w:rsidR="000D1316" w:rsidRPr="00AA6A00">
        <w:rPr>
          <w:sz w:val="48"/>
          <w:szCs w:val="48"/>
        </w:rPr>
        <w:t xml:space="preserve">Game Times - </w:t>
      </w:r>
      <w:r w:rsidRPr="00AA6A00">
        <w:rPr>
          <w:sz w:val="48"/>
          <w:szCs w:val="48"/>
        </w:rPr>
        <w:t xml:space="preserve">10 AM – </w:t>
      </w:r>
      <w:r w:rsidR="00D0137B" w:rsidRPr="00AA6A00">
        <w:rPr>
          <w:sz w:val="48"/>
          <w:szCs w:val="48"/>
        </w:rPr>
        <w:t>3</w:t>
      </w:r>
      <w:r w:rsidRPr="00AA6A00">
        <w:rPr>
          <w:sz w:val="48"/>
          <w:szCs w:val="48"/>
        </w:rPr>
        <w:t xml:space="preserve"> PM</w:t>
      </w:r>
    </w:p>
    <w:p w14:paraId="35B4FADD" w14:textId="4D91A8D8" w:rsidR="00D0137B" w:rsidRPr="00AA6A00" w:rsidRDefault="00D0137B">
      <w:pPr>
        <w:rPr>
          <w:sz w:val="48"/>
          <w:szCs w:val="48"/>
        </w:rPr>
      </w:pPr>
      <w:r w:rsidRPr="00AA6A00">
        <w:rPr>
          <w:sz w:val="48"/>
          <w:szCs w:val="48"/>
        </w:rPr>
        <w:t xml:space="preserve">7/16 – </w:t>
      </w:r>
      <w:r w:rsidR="000D1316" w:rsidRPr="00AA6A00">
        <w:rPr>
          <w:sz w:val="48"/>
          <w:szCs w:val="48"/>
        </w:rPr>
        <w:t xml:space="preserve">Game Times - </w:t>
      </w:r>
      <w:r w:rsidRPr="00AA6A00">
        <w:rPr>
          <w:sz w:val="48"/>
          <w:szCs w:val="48"/>
        </w:rPr>
        <w:t>10 AM – 3 PM</w:t>
      </w:r>
    </w:p>
    <w:p w14:paraId="251A0DD9" w14:textId="6910F98F" w:rsidR="00D0137B" w:rsidRPr="00AA6A00" w:rsidRDefault="008405C2">
      <w:pPr>
        <w:rPr>
          <w:sz w:val="48"/>
          <w:szCs w:val="48"/>
        </w:rPr>
      </w:pPr>
      <w:r w:rsidRPr="00AA6A00">
        <w:rPr>
          <w:sz w:val="48"/>
          <w:szCs w:val="48"/>
        </w:rPr>
        <w:t xml:space="preserve">7/17 – Game Times – 10 AM – Noon – Championship </w:t>
      </w:r>
      <w:proofErr w:type="gramStart"/>
      <w:r w:rsidRPr="00AA6A00">
        <w:rPr>
          <w:sz w:val="48"/>
          <w:szCs w:val="48"/>
        </w:rPr>
        <w:t>&amp;</w:t>
      </w:r>
      <w:proofErr w:type="gramEnd"/>
      <w:r w:rsidRPr="00AA6A00">
        <w:rPr>
          <w:sz w:val="48"/>
          <w:szCs w:val="48"/>
        </w:rPr>
        <w:t xml:space="preserve"> If </w:t>
      </w:r>
      <w:r w:rsidR="0046183C" w:rsidRPr="00AA6A00">
        <w:rPr>
          <w:sz w:val="48"/>
          <w:szCs w:val="48"/>
        </w:rPr>
        <w:t>Necessary,</w:t>
      </w:r>
      <w:r w:rsidR="000D1316" w:rsidRPr="00AA6A00">
        <w:rPr>
          <w:sz w:val="48"/>
          <w:szCs w:val="48"/>
        </w:rPr>
        <w:t xml:space="preserve"> Games</w:t>
      </w:r>
    </w:p>
    <w:p w14:paraId="5B3A3894" w14:textId="05D36906" w:rsidR="0046183C" w:rsidRPr="00AA6A00" w:rsidRDefault="0046183C">
      <w:pPr>
        <w:rPr>
          <w:sz w:val="48"/>
          <w:szCs w:val="48"/>
        </w:rPr>
      </w:pPr>
      <w:r w:rsidRPr="00AA6A00">
        <w:rPr>
          <w:sz w:val="48"/>
          <w:szCs w:val="48"/>
        </w:rPr>
        <w:t>7/18 Rain Date</w:t>
      </w:r>
    </w:p>
    <w:p w14:paraId="4726046D" w14:textId="77777777" w:rsidR="001A385B" w:rsidRDefault="001A385B" w:rsidP="001A385B">
      <w:pPr>
        <w:spacing w:before="61"/>
        <w:ind w:left="1577" w:right="1637"/>
        <w:jc w:val="center"/>
        <w:rPr>
          <w:rFonts w:ascii="Times New Roman"/>
          <w:b/>
          <w:color w:val="151515"/>
          <w:sz w:val="48"/>
        </w:rPr>
      </w:pPr>
    </w:p>
    <w:p w14:paraId="328A7C5A" w14:textId="77777777" w:rsidR="001A385B" w:rsidRDefault="001A385B" w:rsidP="001A385B">
      <w:pPr>
        <w:spacing w:before="61"/>
        <w:ind w:left="1577" w:right="1637"/>
        <w:jc w:val="center"/>
        <w:rPr>
          <w:rFonts w:ascii="Times New Roman"/>
          <w:b/>
          <w:color w:val="151515"/>
          <w:sz w:val="48"/>
        </w:rPr>
      </w:pPr>
    </w:p>
    <w:p w14:paraId="3CF1FEC5" w14:textId="7965424C" w:rsidR="00AF19B3" w:rsidRDefault="00AF19B3" w:rsidP="001A385B">
      <w:pPr>
        <w:spacing w:before="61"/>
        <w:ind w:left="1577" w:right="1637"/>
        <w:jc w:val="center"/>
        <w:rPr>
          <w:rFonts w:ascii="Times New Roman"/>
          <w:b/>
          <w:sz w:val="49"/>
        </w:rPr>
      </w:pPr>
      <w:r>
        <w:rPr>
          <w:rFonts w:ascii="Times New Roman"/>
          <w:b/>
          <w:color w:val="151515"/>
          <w:sz w:val="48"/>
        </w:rPr>
        <w:lastRenderedPageBreak/>
        <w:t>TOURNAMENT</w:t>
      </w:r>
      <w:r>
        <w:rPr>
          <w:rFonts w:ascii="Times New Roman"/>
          <w:b/>
          <w:color w:val="151515"/>
          <w:spacing w:val="50"/>
          <w:w w:val="150"/>
          <w:sz w:val="48"/>
        </w:rPr>
        <w:t xml:space="preserve"> </w:t>
      </w:r>
      <w:r>
        <w:rPr>
          <w:rFonts w:ascii="Times New Roman"/>
          <w:b/>
          <w:color w:val="151515"/>
          <w:spacing w:val="-2"/>
          <w:sz w:val="48"/>
        </w:rPr>
        <w:t>OFFICIALS</w:t>
      </w:r>
    </w:p>
    <w:p w14:paraId="490FEDB8" w14:textId="7D98D56E" w:rsidR="00AF19B3" w:rsidRPr="00A47E34" w:rsidRDefault="00AF19B3" w:rsidP="00A47E34">
      <w:pPr>
        <w:spacing w:line="402" w:lineRule="exact"/>
        <w:ind w:left="685"/>
        <w:rPr>
          <w:rFonts w:ascii="Times New Roman" w:hAnsi="Times New Roman"/>
          <w:sz w:val="28"/>
          <w:szCs w:val="28"/>
        </w:rPr>
      </w:pPr>
      <w:r w:rsidRPr="00A47E34">
        <w:rPr>
          <w:rFonts w:ascii="Times New Roman"/>
          <w:color w:val="151515"/>
          <w:spacing w:val="-8"/>
          <w:sz w:val="28"/>
          <w:szCs w:val="28"/>
        </w:rPr>
        <w:t>District</w:t>
      </w:r>
      <w:r w:rsidRPr="00A47E34">
        <w:rPr>
          <w:rFonts w:ascii="Times New Roman"/>
          <w:color w:val="151515"/>
          <w:spacing w:val="-10"/>
          <w:sz w:val="28"/>
          <w:szCs w:val="28"/>
        </w:rPr>
        <w:t xml:space="preserve"> </w:t>
      </w:r>
      <w:r w:rsidRPr="00A47E34">
        <w:rPr>
          <w:rFonts w:ascii="Times New Roman"/>
          <w:color w:val="151515"/>
          <w:spacing w:val="-8"/>
          <w:sz w:val="28"/>
          <w:szCs w:val="28"/>
        </w:rPr>
        <w:t>34</w:t>
      </w:r>
      <w:r w:rsidRPr="00A47E34">
        <w:rPr>
          <w:rFonts w:ascii="Times New Roman"/>
          <w:color w:val="151515"/>
          <w:spacing w:val="-15"/>
          <w:sz w:val="28"/>
          <w:szCs w:val="28"/>
        </w:rPr>
        <w:t xml:space="preserve"> </w:t>
      </w:r>
      <w:r w:rsidRPr="00A47E34">
        <w:rPr>
          <w:rFonts w:ascii="Times New Roman"/>
          <w:color w:val="151515"/>
          <w:spacing w:val="-8"/>
          <w:sz w:val="28"/>
          <w:szCs w:val="28"/>
        </w:rPr>
        <w:t>Administrator/</w:t>
      </w:r>
      <w:r w:rsidRPr="00A47E34">
        <w:rPr>
          <w:rFonts w:ascii="Times New Roman" w:hAnsi="Times New Roman"/>
          <w:color w:val="151515"/>
          <w:spacing w:val="-8"/>
          <w:sz w:val="28"/>
          <w:szCs w:val="28"/>
        </w:rPr>
        <w:t>President</w:t>
      </w:r>
      <w:r w:rsidRPr="00A47E34">
        <w:rPr>
          <w:rFonts w:ascii="Times New Roman" w:hAnsi="Times New Roman"/>
          <w:color w:val="151515"/>
          <w:spacing w:val="-15"/>
          <w:sz w:val="28"/>
          <w:szCs w:val="28"/>
        </w:rPr>
        <w:t xml:space="preserve"> </w:t>
      </w:r>
      <w:r w:rsidRPr="00A47E34">
        <w:rPr>
          <w:rFonts w:ascii="Times New Roman" w:hAnsi="Times New Roman"/>
          <w:color w:val="151515"/>
          <w:spacing w:val="-8"/>
          <w:sz w:val="28"/>
          <w:szCs w:val="28"/>
        </w:rPr>
        <w:t>HHHLL/</w:t>
      </w:r>
      <w:r w:rsidRPr="00A47E34">
        <w:rPr>
          <w:rFonts w:ascii="Times New Roman" w:hAnsi="Times New Roman"/>
          <w:color w:val="151515"/>
          <w:spacing w:val="-5"/>
          <w:sz w:val="28"/>
          <w:szCs w:val="28"/>
        </w:rPr>
        <w:t xml:space="preserve"> </w:t>
      </w:r>
      <w:r w:rsidRPr="00A47E34">
        <w:rPr>
          <w:rFonts w:ascii="Times New Roman" w:hAnsi="Times New Roman"/>
          <w:color w:val="151515"/>
          <w:spacing w:val="-8"/>
          <w:sz w:val="28"/>
          <w:szCs w:val="28"/>
        </w:rPr>
        <w:t>Tournament</w:t>
      </w:r>
      <w:r w:rsidRPr="00A47E34">
        <w:rPr>
          <w:rFonts w:ascii="Times New Roman" w:hAnsi="Times New Roman"/>
          <w:color w:val="151515"/>
          <w:spacing w:val="-34"/>
          <w:sz w:val="28"/>
          <w:szCs w:val="28"/>
        </w:rPr>
        <w:t xml:space="preserve"> </w:t>
      </w:r>
      <w:r w:rsidRPr="00A47E34">
        <w:rPr>
          <w:rFonts w:ascii="Times New Roman" w:hAnsi="Times New Roman"/>
          <w:color w:val="DBDBDB"/>
          <w:spacing w:val="-8"/>
          <w:sz w:val="28"/>
          <w:szCs w:val="28"/>
        </w:rPr>
        <w:t>•</w:t>
      </w:r>
      <w:r w:rsidRPr="00A47E34">
        <w:rPr>
          <w:rFonts w:ascii="Times New Roman" w:hAnsi="Times New Roman"/>
          <w:color w:val="151515"/>
          <w:spacing w:val="-8"/>
          <w:sz w:val="28"/>
          <w:szCs w:val="28"/>
        </w:rPr>
        <w:t>Director:</w:t>
      </w:r>
    </w:p>
    <w:p w14:paraId="031F8876" w14:textId="0D9D0F79" w:rsidR="00AF19B3" w:rsidRPr="00A47E34" w:rsidRDefault="00AF19B3" w:rsidP="002E4A38">
      <w:pPr>
        <w:tabs>
          <w:tab w:val="left" w:pos="7909"/>
        </w:tabs>
        <w:spacing w:before="3" w:line="230" w:lineRule="auto"/>
        <w:ind w:right="1615"/>
        <w:rPr>
          <w:rFonts w:ascii="Times New Roman"/>
          <w:sz w:val="28"/>
          <w:szCs w:val="28"/>
        </w:rPr>
      </w:pPr>
      <w:r w:rsidRPr="00A47E34">
        <w:rPr>
          <w:rFonts w:ascii="Times New Roman"/>
          <w:color w:val="151515"/>
          <w:sz w:val="28"/>
          <w:szCs w:val="28"/>
        </w:rPr>
        <w:t>Steven Muraco</w:t>
      </w:r>
      <w:r w:rsidRPr="00A47E34">
        <w:rPr>
          <w:rFonts w:ascii="Times New Roman"/>
          <w:color w:val="DBDBDB"/>
          <w:spacing w:val="-24"/>
          <w:sz w:val="28"/>
          <w:szCs w:val="28"/>
        </w:rPr>
        <w:t xml:space="preserve">, </w:t>
      </w:r>
      <w:r w:rsidRPr="00A47E34">
        <w:rPr>
          <w:rFonts w:ascii="Times New Roman"/>
          <w:color w:val="151515"/>
          <w:spacing w:val="-2"/>
          <w:sz w:val="28"/>
          <w:szCs w:val="28"/>
        </w:rPr>
        <w:t>631.445.6531(cell)</w:t>
      </w:r>
    </w:p>
    <w:p w14:paraId="6BC2B775" w14:textId="07028B96" w:rsidR="00AF19B3" w:rsidRPr="00A47E34" w:rsidRDefault="002E4A38" w:rsidP="002E4A38">
      <w:pPr>
        <w:spacing w:line="404" w:lineRule="exact"/>
        <w:rPr>
          <w:rFonts w:ascii="Times New Roman"/>
          <w:sz w:val="28"/>
          <w:szCs w:val="28"/>
        </w:rPr>
      </w:pPr>
      <w:hyperlink r:id="rId7" w:history="1">
        <w:r w:rsidRPr="00A47E34">
          <w:rPr>
            <w:rStyle w:val="Hyperlink"/>
            <w:rFonts w:ascii="Times New Roman"/>
            <w:spacing w:val="-2"/>
            <w:sz w:val="28"/>
            <w:szCs w:val="28"/>
          </w:rPr>
          <w:t>Muraco@mvsmailers.com</w:t>
        </w:r>
      </w:hyperlink>
    </w:p>
    <w:p w14:paraId="2805043C" w14:textId="77777777" w:rsidR="00AF19B3" w:rsidRDefault="00AF19B3" w:rsidP="00AF19B3">
      <w:pPr>
        <w:pStyle w:val="BodyText"/>
        <w:rPr>
          <w:rFonts w:ascii="Times New Roman"/>
          <w:sz w:val="40"/>
        </w:rPr>
      </w:pPr>
    </w:p>
    <w:p w14:paraId="08162794" w14:textId="71183B0A" w:rsidR="001A385B" w:rsidRPr="00AA6A00" w:rsidRDefault="00AF19B3" w:rsidP="001A385B">
      <w:pPr>
        <w:spacing w:before="352"/>
        <w:ind w:left="1577" w:right="1585"/>
        <w:jc w:val="center"/>
        <w:rPr>
          <w:b/>
          <w:color w:val="151515"/>
          <w:spacing w:val="-2"/>
        </w:rPr>
      </w:pPr>
      <w:r w:rsidRPr="00AA6A00">
        <w:rPr>
          <w:b/>
          <w:color w:val="151515"/>
        </w:rPr>
        <w:t>OTHER</w:t>
      </w:r>
      <w:r w:rsidRPr="00AA6A00">
        <w:rPr>
          <w:b/>
          <w:color w:val="151515"/>
          <w:spacing w:val="31"/>
        </w:rPr>
        <w:t xml:space="preserve"> </w:t>
      </w:r>
      <w:r w:rsidRPr="00AA6A00">
        <w:rPr>
          <w:b/>
          <w:color w:val="151515"/>
          <w:spacing w:val="-2"/>
        </w:rPr>
        <w:t>C</w:t>
      </w:r>
      <w:r w:rsidR="001A385B" w:rsidRPr="00AA6A00">
        <w:rPr>
          <w:b/>
          <w:color w:val="151515"/>
          <w:spacing w:val="-2"/>
        </w:rPr>
        <w:t>O</w:t>
      </w:r>
      <w:r w:rsidRPr="00AA6A00">
        <w:rPr>
          <w:b/>
          <w:color w:val="151515"/>
          <w:spacing w:val="-2"/>
        </w:rPr>
        <w:t>NTACT</w:t>
      </w:r>
      <w:r w:rsidRPr="00AA6A00">
        <w:rPr>
          <w:b/>
          <w:color w:val="DBDBDB"/>
          <w:spacing w:val="-2"/>
          <w:position w:val="11"/>
        </w:rPr>
        <w:t>1</w:t>
      </w:r>
      <w:r w:rsidRPr="00AA6A00">
        <w:rPr>
          <w:b/>
          <w:color w:val="151515"/>
          <w:spacing w:val="-2"/>
        </w:rPr>
        <w:t>INFORMATION</w:t>
      </w:r>
    </w:p>
    <w:p w14:paraId="40408A81" w14:textId="1B7F9224" w:rsidR="00AF19B3" w:rsidRPr="00AA6A00" w:rsidRDefault="001A385B" w:rsidP="001A385B">
      <w:pPr>
        <w:spacing w:before="352"/>
        <w:ind w:left="1577" w:right="1585"/>
        <w:jc w:val="center"/>
      </w:pPr>
      <w:r w:rsidRPr="00AA6A00">
        <w:rPr>
          <w:b/>
          <w:color w:val="151515"/>
          <w:spacing w:val="-2"/>
        </w:rPr>
        <w:t>M</w:t>
      </w:r>
      <w:r w:rsidR="00AF19B3" w:rsidRPr="00AA6A00">
        <w:rPr>
          <w:color w:val="151515"/>
          <w:spacing w:val="-15"/>
        </w:rPr>
        <w:t>AILING</w:t>
      </w:r>
      <w:r w:rsidR="00AF19B3" w:rsidRPr="00AA6A00">
        <w:rPr>
          <w:color w:val="151515"/>
          <w:spacing w:val="3"/>
        </w:rPr>
        <w:t xml:space="preserve"> </w:t>
      </w:r>
      <w:r w:rsidR="00AF19B3" w:rsidRPr="00AA6A00">
        <w:rPr>
          <w:color w:val="151515"/>
          <w:spacing w:val="-8"/>
        </w:rPr>
        <w:t>ADDRESS:</w:t>
      </w:r>
    </w:p>
    <w:p w14:paraId="55BC2B84" w14:textId="77777777" w:rsidR="002B4EB9" w:rsidRPr="00AA6A00" w:rsidRDefault="002B4EB9" w:rsidP="002B4EB9">
      <w:pPr>
        <w:spacing w:before="85" w:line="406" w:lineRule="exact"/>
        <w:ind w:left="2268" w:firstLine="612"/>
        <w:rPr>
          <w:color w:val="151515"/>
          <w:spacing w:val="-5"/>
        </w:rPr>
      </w:pPr>
      <w:r w:rsidRPr="00AA6A00">
        <w:rPr>
          <w:color w:val="151515"/>
          <w:spacing w:val="-2"/>
        </w:rPr>
        <w:t>Half</w:t>
      </w:r>
      <w:r w:rsidRPr="00AA6A00">
        <w:rPr>
          <w:color w:val="151515"/>
          <w:spacing w:val="-19"/>
        </w:rPr>
        <w:t xml:space="preserve"> </w:t>
      </w:r>
      <w:r w:rsidRPr="00AA6A00">
        <w:rPr>
          <w:color w:val="151515"/>
          <w:spacing w:val="-2"/>
        </w:rPr>
        <w:t>Hollow</w:t>
      </w:r>
      <w:r w:rsidRPr="00AA6A00">
        <w:rPr>
          <w:color w:val="151515"/>
          <w:spacing w:val="-18"/>
        </w:rPr>
        <w:t xml:space="preserve"> </w:t>
      </w:r>
      <w:r w:rsidRPr="00AA6A00">
        <w:rPr>
          <w:color w:val="151515"/>
          <w:spacing w:val="-2"/>
        </w:rPr>
        <w:t>Hills</w:t>
      </w:r>
      <w:r w:rsidRPr="00AA6A00">
        <w:rPr>
          <w:color w:val="151515"/>
          <w:spacing w:val="-20"/>
        </w:rPr>
        <w:t xml:space="preserve"> </w:t>
      </w:r>
      <w:r w:rsidRPr="00AA6A00">
        <w:rPr>
          <w:color w:val="151515"/>
          <w:spacing w:val="-5"/>
        </w:rPr>
        <w:t>LL</w:t>
      </w:r>
    </w:p>
    <w:p w14:paraId="13A6529D" w14:textId="21D5947C" w:rsidR="002B4EB9" w:rsidRPr="00AA6A00" w:rsidRDefault="002B4EB9" w:rsidP="002B4EB9">
      <w:pPr>
        <w:spacing w:line="401" w:lineRule="exact"/>
        <w:ind w:left="2160" w:firstLine="720"/>
      </w:pPr>
      <w:r w:rsidRPr="00AA6A00">
        <w:rPr>
          <w:color w:val="151515"/>
          <w:spacing w:val="-2"/>
        </w:rPr>
        <w:t>27</w:t>
      </w:r>
      <w:r w:rsidRPr="00AA6A00">
        <w:rPr>
          <w:color w:val="151515"/>
          <w:spacing w:val="-19"/>
        </w:rPr>
        <w:t xml:space="preserve"> </w:t>
      </w:r>
      <w:r w:rsidRPr="00AA6A00">
        <w:rPr>
          <w:color w:val="151515"/>
          <w:spacing w:val="-2"/>
        </w:rPr>
        <w:t>Jagger</w:t>
      </w:r>
      <w:r w:rsidRPr="00AA6A00">
        <w:rPr>
          <w:color w:val="151515"/>
          <w:spacing w:val="-18"/>
        </w:rPr>
        <w:t xml:space="preserve"> </w:t>
      </w:r>
      <w:r w:rsidRPr="00AA6A00">
        <w:rPr>
          <w:color w:val="151515"/>
          <w:spacing w:val="-4"/>
        </w:rPr>
        <w:t>Court</w:t>
      </w:r>
    </w:p>
    <w:p w14:paraId="070E4192" w14:textId="232E68F8" w:rsidR="00AF19B3" w:rsidRPr="00AA6A00" w:rsidRDefault="002B4EB9" w:rsidP="002B4EB9">
      <w:pPr>
        <w:pStyle w:val="BodyText"/>
        <w:ind w:left="2160" w:firstLine="720"/>
      </w:pPr>
      <w:r w:rsidRPr="00AA6A00">
        <w:rPr>
          <w:color w:val="151515"/>
        </w:rPr>
        <w:t>Melville, NY 11747</w:t>
      </w:r>
    </w:p>
    <w:p w14:paraId="48F63530" w14:textId="474849A6" w:rsidR="00AF19B3" w:rsidRPr="00AA6A00" w:rsidRDefault="002B4EB9" w:rsidP="002B4EB9">
      <w:pPr>
        <w:pStyle w:val="BodyText"/>
        <w:ind w:left="2160" w:firstLine="720"/>
      </w:pPr>
      <w:r w:rsidRPr="00AA6A00">
        <w:rPr>
          <w:color w:val="151515"/>
          <w:spacing w:val="-2"/>
          <w:w w:val="90"/>
          <w:u w:val="thick" w:color="151515"/>
        </w:rPr>
        <w:t>Muraco@mvsmailers.com</w:t>
      </w:r>
    </w:p>
    <w:p w14:paraId="2863404A" w14:textId="77777777" w:rsidR="00AF19B3" w:rsidRDefault="00AF19B3" w:rsidP="00AF19B3">
      <w:pPr>
        <w:pStyle w:val="BodyText"/>
        <w:spacing w:before="1"/>
        <w:rPr>
          <w:rFonts w:ascii="Times New Roman"/>
          <w:sz w:val="57"/>
        </w:rPr>
      </w:pPr>
    </w:p>
    <w:p w14:paraId="02A62629" w14:textId="54DE3B42" w:rsidR="00AF19B3" w:rsidRDefault="00AF19B3" w:rsidP="00AF19B3">
      <w:pPr>
        <w:ind w:left="703"/>
        <w:rPr>
          <w:rFonts w:ascii="Times New Roman"/>
          <w:sz w:val="36"/>
        </w:rPr>
      </w:pPr>
      <w:r>
        <w:rPr>
          <w:rFonts w:ascii="Times New Roman"/>
          <w:color w:val="151515"/>
          <w:spacing w:val="-15"/>
          <w:sz w:val="36"/>
        </w:rPr>
        <w:t>LEAGUE</w:t>
      </w:r>
      <w:r>
        <w:rPr>
          <w:rFonts w:ascii="Times New Roman"/>
          <w:color w:val="151515"/>
          <w:spacing w:val="2"/>
          <w:sz w:val="36"/>
        </w:rPr>
        <w:t xml:space="preserve"> </w:t>
      </w:r>
      <w:r>
        <w:rPr>
          <w:rFonts w:ascii="Times New Roman"/>
          <w:color w:val="151515"/>
          <w:spacing w:val="-2"/>
          <w:sz w:val="36"/>
        </w:rPr>
        <w:t>WEBSITE:</w:t>
      </w:r>
      <w:r w:rsidR="002B4EB9" w:rsidRPr="002B4EB9">
        <w:t xml:space="preserve"> </w:t>
      </w:r>
      <w:hyperlink r:id="rId8">
        <w:r w:rsidR="002B4EB9">
          <w:rPr>
            <w:rFonts w:ascii="Times New Roman"/>
            <w:color w:val="151515"/>
            <w:spacing w:val="-8"/>
            <w:sz w:val="36"/>
            <w:u w:val="thick" w:color="151515"/>
          </w:rPr>
          <w:t>www.hhhllhawks.com</w:t>
        </w:r>
      </w:hyperlink>
    </w:p>
    <w:p w14:paraId="3B12AD1D" w14:textId="77777777" w:rsidR="00AF19B3" w:rsidRDefault="00AF19B3" w:rsidP="00AF19B3">
      <w:pPr>
        <w:pStyle w:val="BodyText"/>
        <w:spacing w:before="5"/>
        <w:rPr>
          <w:rFonts w:ascii="Times New Roman"/>
          <w:sz w:val="33"/>
        </w:rPr>
      </w:pPr>
    </w:p>
    <w:p w14:paraId="5688108C" w14:textId="7708A45C" w:rsidR="00AF19B3" w:rsidRDefault="00AF19B3" w:rsidP="00AF19B3">
      <w:pPr>
        <w:ind w:left="709"/>
        <w:rPr>
          <w:rFonts w:ascii="Times New Roman"/>
          <w:sz w:val="36"/>
        </w:rPr>
      </w:pPr>
      <w:r>
        <w:rPr>
          <w:rFonts w:ascii="Times New Roman"/>
          <w:color w:val="151515"/>
          <w:spacing w:val="-10"/>
          <w:sz w:val="36"/>
        </w:rPr>
        <w:t>Tournament</w:t>
      </w:r>
      <w:r>
        <w:rPr>
          <w:rFonts w:ascii="Times New Roman"/>
          <w:color w:val="151515"/>
          <w:sz w:val="36"/>
        </w:rPr>
        <w:t xml:space="preserve"> </w:t>
      </w:r>
      <w:r>
        <w:rPr>
          <w:rFonts w:ascii="Times New Roman"/>
          <w:color w:val="151515"/>
          <w:spacing w:val="-2"/>
          <w:sz w:val="36"/>
        </w:rPr>
        <w:t>Website:</w:t>
      </w:r>
      <w:r w:rsidR="002B4EB9" w:rsidRPr="002B4EB9">
        <w:t xml:space="preserve"> </w:t>
      </w:r>
      <w:hyperlink r:id="rId9">
        <w:r w:rsidR="002B4EB9">
          <w:rPr>
            <w:rFonts w:ascii="Times New Roman"/>
            <w:color w:val="151515"/>
            <w:spacing w:val="-2"/>
            <w:sz w:val="36"/>
            <w:u w:val="thick" w:color="151515"/>
          </w:rPr>
          <w:t>www.district34ll.com</w:t>
        </w:r>
      </w:hyperlink>
    </w:p>
    <w:p w14:paraId="490AC981" w14:textId="77777777" w:rsidR="001071C2" w:rsidRDefault="001071C2" w:rsidP="008359E5">
      <w:pPr>
        <w:rPr>
          <w:rFonts w:ascii="Cambria" w:hAnsi="Cambria"/>
          <w:b/>
          <w:color w:val="000000"/>
        </w:rPr>
      </w:pPr>
    </w:p>
    <w:p w14:paraId="065DB17A" w14:textId="77777777" w:rsidR="001071C2" w:rsidRDefault="001071C2" w:rsidP="008359E5">
      <w:pPr>
        <w:rPr>
          <w:rFonts w:ascii="Cambria" w:hAnsi="Cambria"/>
          <w:b/>
          <w:color w:val="000000"/>
        </w:rPr>
      </w:pPr>
    </w:p>
    <w:p w14:paraId="4872D136" w14:textId="77777777" w:rsidR="001071C2" w:rsidRDefault="001071C2" w:rsidP="008359E5">
      <w:pPr>
        <w:rPr>
          <w:rFonts w:ascii="Cambria" w:hAnsi="Cambria"/>
          <w:b/>
          <w:color w:val="000000"/>
        </w:rPr>
      </w:pPr>
    </w:p>
    <w:p w14:paraId="25D2DF12" w14:textId="77777777" w:rsidR="001071C2" w:rsidRDefault="001071C2" w:rsidP="008359E5">
      <w:pPr>
        <w:rPr>
          <w:rFonts w:ascii="Cambria" w:hAnsi="Cambria"/>
          <w:b/>
          <w:color w:val="000000"/>
        </w:rPr>
      </w:pPr>
    </w:p>
    <w:p w14:paraId="7DD1EF88" w14:textId="77777777" w:rsidR="001071C2" w:rsidRDefault="001071C2" w:rsidP="008359E5">
      <w:pPr>
        <w:rPr>
          <w:rFonts w:ascii="Cambria" w:hAnsi="Cambria"/>
          <w:b/>
          <w:color w:val="000000"/>
        </w:rPr>
      </w:pPr>
    </w:p>
    <w:p w14:paraId="02795BDB" w14:textId="77777777" w:rsidR="001071C2" w:rsidRDefault="001071C2" w:rsidP="008359E5">
      <w:pPr>
        <w:rPr>
          <w:rFonts w:ascii="Cambria" w:hAnsi="Cambria"/>
          <w:b/>
          <w:color w:val="000000"/>
        </w:rPr>
      </w:pPr>
    </w:p>
    <w:p w14:paraId="734C6499" w14:textId="79DF3175" w:rsidR="008359E5" w:rsidRDefault="008359E5" w:rsidP="008359E5">
      <w:pPr>
        <w:rPr>
          <w:rFonts w:ascii="Cambria" w:hAnsi="Cambria"/>
          <w:b/>
          <w:color w:val="000000"/>
        </w:rPr>
      </w:pPr>
      <w:r w:rsidRPr="008359E5">
        <w:rPr>
          <w:rFonts w:ascii="Cambria" w:hAnsi="Cambria"/>
          <w:b/>
          <w:color w:val="000000"/>
        </w:rPr>
        <w:lastRenderedPageBreak/>
        <w:t>TOURNAMENT RULES AND GUIDELINES</w:t>
      </w:r>
    </w:p>
    <w:p w14:paraId="7E780BE7" w14:textId="77777777" w:rsidR="008359E5" w:rsidRDefault="008359E5" w:rsidP="008359E5">
      <w:pPr>
        <w:pStyle w:val="Heading2"/>
        <w:rPr>
          <w:rFonts w:ascii="Calibri" w:hAnsi="Calibri" w:cs="Calibri"/>
          <w:color w:val="151515"/>
        </w:rPr>
      </w:pPr>
      <w:r w:rsidRPr="008359E5">
        <w:rPr>
          <w:rFonts w:ascii="Calibri" w:hAnsi="Calibri" w:cs="Calibri"/>
          <w:color w:val="151515"/>
        </w:rPr>
        <w:t>UNIFORMS AND EQUIPMENT:</w:t>
      </w:r>
    </w:p>
    <w:p w14:paraId="5F043A1E" w14:textId="77777777" w:rsidR="004825CF" w:rsidRDefault="008359E5" w:rsidP="008359E5">
      <w:pPr>
        <w:rPr>
          <w:rFonts w:ascii="Cambria" w:hAnsi="Cambria"/>
          <w:color w:val="000000"/>
        </w:rPr>
      </w:pPr>
      <w:r w:rsidRPr="008359E5">
        <w:rPr>
          <w:rFonts w:ascii="Cambria" w:hAnsi="Cambria"/>
          <w:color w:val="000000"/>
        </w:rPr>
        <w:t xml:space="preserve">The team manager and their staff are fully responsible for uniforms and equipment. </w:t>
      </w:r>
    </w:p>
    <w:p w14:paraId="2E793400" w14:textId="77777777" w:rsidR="00707925" w:rsidRDefault="008359E5" w:rsidP="008359E5">
      <w:pPr>
        <w:rPr>
          <w:rFonts w:ascii="Cambria" w:hAnsi="Cambria"/>
          <w:color w:val="000000"/>
        </w:rPr>
      </w:pPr>
      <w:r w:rsidRPr="008359E5">
        <w:rPr>
          <w:rFonts w:ascii="Cambria" w:hAnsi="Cambria"/>
          <w:color w:val="000000"/>
        </w:rPr>
        <w:t xml:space="preserve">Every player must wear a numbered uniform featuring the Little League Patch on the upper left side of their shirt, or wherever it best fits. All playing equipment used by participating teams must meet Little League's specifications, such as NOCSAE-approved helmets and Little League-approved bats. </w:t>
      </w:r>
    </w:p>
    <w:p w14:paraId="19206F5C" w14:textId="77777777" w:rsidR="00707925" w:rsidRDefault="008359E5" w:rsidP="008359E5">
      <w:pPr>
        <w:rPr>
          <w:rFonts w:ascii="Cambria" w:hAnsi="Cambria"/>
          <w:color w:val="000000"/>
        </w:rPr>
      </w:pPr>
      <w:r w:rsidRPr="008359E5">
        <w:rPr>
          <w:rFonts w:ascii="Cambria" w:hAnsi="Cambria"/>
          <w:color w:val="000000"/>
        </w:rPr>
        <w:t xml:space="preserve">It's recommended that each team brings at least two sets of catchers' gear. </w:t>
      </w:r>
    </w:p>
    <w:p w14:paraId="4C38B673" w14:textId="7ACCAD47" w:rsidR="008359E5" w:rsidRDefault="008359E5" w:rsidP="008359E5">
      <w:pPr>
        <w:rPr>
          <w:rFonts w:ascii="Cambria" w:hAnsi="Cambria"/>
          <w:color w:val="000000"/>
        </w:rPr>
      </w:pPr>
      <w:r w:rsidRPr="008359E5">
        <w:rPr>
          <w:rFonts w:ascii="Cambria" w:hAnsi="Cambria"/>
          <w:color w:val="000000"/>
        </w:rPr>
        <w:t>Managers and coaches are not allowed to wear tank-top style shirts or cut-off jeans during games.</w:t>
      </w:r>
    </w:p>
    <w:p w14:paraId="5C3F63C7" w14:textId="77777777" w:rsidR="008359E5" w:rsidRDefault="008359E5" w:rsidP="008359E5">
      <w:pPr>
        <w:pStyle w:val="Heading2"/>
        <w:rPr>
          <w:rFonts w:ascii="Calibri" w:hAnsi="Calibri" w:cs="Calibri"/>
          <w:color w:val="151515"/>
        </w:rPr>
      </w:pPr>
      <w:r w:rsidRPr="008359E5">
        <w:rPr>
          <w:rFonts w:ascii="Calibri" w:hAnsi="Calibri" w:cs="Calibri"/>
          <w:color w:val="151515"/>
        </w:rPr>
        <w:t>CODE OF CONDUCT:</w:t>
      </w:r>
    </w:p>
    <w:p w14:paraId="12D6FCBB" w14:textId="6EF2309A" w:rsidR="00253685" w:rsidRDefault="008359E5" w:rsidP="008359E5">
      <w:pPr>
        <w:rPr>
          <w:rFonts w:ascii="Times New Roman" w:hAnsi="Times New Roman" w:cs="Times New Roman"/>
          <w:b/>
          <w:color w:val="151515"/>
          <w:sz w:val="32"/>
        </w:rPr>
      </w:pPr>
      <w:r w:rsidRPr="008359E5">
        <w:rPr>
          <w:rFonts w:ascii="Times New Roman" w:hAnsi="Times New Roman" w:cs="Times New Roman"/>
          <w:b/>
          <w:color w:val="151515"/>
          <w:sz w:val="32"/>
        </w:rPr>
        <w:t>Managers, coaches, and spectators must always set a positive example. Profanity or unsportsmanlike conduct from any manager, coach, player, or spectator will not be tolerated.</w:t>
      </w:r>
    </w:p>
    <w:p w14:paraId="244F1869" w14:textId="77777777" w:rsidR="002D4B5C" w:rsidRPr="0081753F" w:rsidRDefault="002D4B5C" w:rsidP="002D4B5C">
      <w:pPr>
        <w:pStyle w:val="Heading1"/>
        <w:rPr>
          <w:sz w:val="40"/>
          <w:szCs w:val="40"/>
        </w:rPr>
      </w:pPr>
      <w:r w:rsidRPr="0081753F">
        <w:rPr>
          <w:sz w:val="40"/>
          <w:szCs w:val="40"/>
        </w:rPr>
        <w:t>Managers &amp; Coaches</w:t>
      </w:r>
    </w:p>
    <w:p w14:paraId="096845F8" w14:textId="77777777" w:rsidR="002D4B5C" w:rsidRPr="0081753F" w:rsidRDefault="002D4B5C" w:rsidP="002D4B5C">
      <w:pPr>
        <w:rPr>
          <w:sz w:val="32"/>
          <w:szCs w:val="32"/>
        </w:rPr>
      </w:pPr>
      <w:r w:rsidRPr="0081753F">
        <w:rPr>
          <w:sz w:val="32"/>
          <w:szCs w:val="32"/>
        </w:rPr>
        <w:t>All teams must follow Little League rules.</w:t>
      </w:r>
      <w:r w:rsidRPr="0081753F">
        <w:rPr>
          <w:sz w:val="32"/>
          <w:szCs w:val="32"/>
        </w:rPr>
        <w:br/>
        <w:t>Uniforms must include official patch.</w:t>
      </w:r>
      <w:r w:rsidRPr="0081753F">
        <w:rPr>
          <w:sz w:val="32"/>
          <w:szCs w:val="32"/>
        </w:rPr>
        <w:br/>
        <w:t>Unsportsmanlike conduct will not be tolerated.</w:t>
      </w:r>
    </w:p>
    <w:p w14:paraId="270FCD98" w14:textId="77777777" w:rsidR="002D4B5C" w:rsidRPr="008359E5" w:rsidRDefault="002D4B5C" w:rsidP="008359E5">
      <w:pPr>
        <w:rPr>
          <w:rFonts w:ascii="Times New Roman" w:hAnsi="Times New Roman" w:cs="Times New Roman"/>
          <w:b/>
          <w:color w:val="151515"/>
          <w:sz w:val="32"/>
        </w:rPr>
      </w:pPr>
    </w:p>
    <w:p w14:paraId="735B4BB4" w14:textId="5CAA4290" w:rsidR="00AF19B3" w:rsidRDefault="002B4EB9" w:rsidP="002B4EB9">
      <w:pPr>
        <w:spacing w:before="85" w:line="406" w:lineRule="exact"/>
        <w:ind w:left="691"/>
        <w:rPr>
          <w:rFonts w:ascii="Times New Roman"/>
          <w:sz w:val="36"/>
        </w:rPr>
      </w:pPr>
      <w:r>
        <w:rPr>
          <w:rFonts w:ascii="Times New Roman"/>
          <w:sz w:val="36"/>
        </w:rPr>
        <w:t xml:space="preserve"> </w:t>
      </w:r>
    </w:p>
    <w:p w14:paraId="7F8F8439" w14:textId="77777777" w:rsidR="00AF19B3" w:rsidRDefault="00AF19B3"/>
    <w:p w14:paraId="284B2593" w14:textId="0DD84BDB" w:rsidR="00FD0517" w:rsidRDefault="00280F35">
      <w:r>
        <w:br w:type="page"/>
      </w:r>
    </w:p>
    <w:p w14:paraId="65ED35FE" w14:textId="77777777" w:rsidR="00FD0517" w:rsidRPr="0081753F" w:rsidRDefault="00280F35">
      <w:pPr>
        <w:pStyle w:val="Heading1"/>
        <w:rPr>
          <w:sz w:val="40"/>
          <w:szCs w:val="40"/>
        </w:rPr>
      </w:pPr>
      <w:r w:rsidRPr="0081753F">
        <w:rPr>
          <w:sz w:val="40"/>
          <w:szCs w:val="40"/>
        </w:rPr>
        <w:lastRenderedPageBreak/>
        <w:t>Field Location</w:t>
      </w:r>
    </w:p>
    <w:p w14:paraId="3BD038B2" w14:textId="77777777" w:rsidR="00B4650D" w:rsidRDefault="00280F35">
      <w:pPr>
        <w:rPr>
          <w:sz w:val="32"/>
          <w:szCs w:val="32"/>
        </w:rPr>
      </w:pPr>
      <w:r w:rsidRPr="0081753F">
        <w:rPr>
          <w:sz w:val="32"/>
          <w:szCs w:val="32"/>
        </w:rPr>
        <w:t>Otsego Park, 55 Otsego Ave, Dix Hills NY</w:t>
      </w:r>
      <w:r w:rsidRPr="0081753F">
        <w:rPr>
          <w:sz w:val="32"/>
          <w:szCs w:val="32"/>
        </w:rPr>
        <w:br/>
        <w:t>14 fields, batting cages, concessions, parking.</w:t>
      </w:r>
    </w:p>
    <w:p w14:paraId="6AC1C389" w14:textId="09893DF4" w:rsidR="00B4650D" w:rsidRDefault="00B4650D" w:rsidP="00E01808">
      <w:pPr>
        <w:ind w:left="107"/>
        <w:rPr>
          <w:sz w:val="28"/>
        </w:rPr>
      </w:pPr>
      <w:r>
        <w:rPr>
          <w:b/>
          <w:color w:val="1A1A1A"/>
          <w:sz w:val="23"/>
        </w:rPr>
        <w:t>Location:</w:t>
      </w:r>
      <w:r>
        <w:rPr>
          <w:b/>
          <w:color w:val="1A1A1A"/>
          <w:spacing w:val="31"/>
          <w:sz w:val="23"/>
        </w:rPr>
        <w:t xml:space="preserve"> </w:t>
      </w:r>
      <w:r>
        <w:rPr>
          <w:color w:val="1A1A1A"/>
          <w:sz w:val="26"/>
        </w:rPr>
        <w:t xml:space="preserve">Dix </w:t>
      </w:r>
      <w:r>
        <w:rPr>
          <w:color w:val="1A1A1A"/>
          <w:sz w:val="24"/>
        </w:rPr>
        <w:t>Hills,</w:t>
      </w:r>
      <w:r>
        <w:rPr>
          <w:color w:val="1A1A1A"/>
          <w:spacing w:val="-16"/>
          <w:sz w:val="24"/>
        </w:rPr>
        <w:t xml:space="preserve"> </w:t>
      </w:r>
      <w:r>
        <w:rPr>
          <w:color w:val="1A1A1A"/>
          <w:sz w:val="26"/>
        </w:rPr>
        <w:t>NY</w:t>
      </w:r>
      <w:r>
        <w:rPr>
          <w:color w:val="1A1A1A"/>
          <w:spacing w:val="-5"/>
          <w:sz w:val="26"/>
        </w:rPr>
        <w:t xml:space="preserve"> </w:t>
      </w:r>
      <w:r>
        <w:rPr>
          <w:color w:val="1A1A1A"/>
          <w:sz w:val="26"/>
        </w:rPr>
        <w:t>11746</w:t>
      </w:r>
      <w:r>
        <w:rPr>
          <w:color w:val="1A1A1A"/>
          <w:spacing w:val="16"/>
          <w:sz w:val="26"/>
        </w:rPr>
        <w:t xml:space="preserve"> </w:t>
      </w:r>
      <w:r>
        <w:rPr>
          <w:color w:val="1A1A1A"/>
          <w:sz w:val="24"/>
        </w:rPr>
        <w:t>(All</w:t>
      </w:r>
      <w:r>
        <w:rPr>
          <w:color w:val="1A1A1A"/>
          <w:spacing w:val="-6"/>
          <w:sz w:val="24"/>
        </w:rPr>
        <w:t xml:space="preserve"> </w:t>
      </w:r>
      <w:r>
        <w:rPr>
          <w:color w:val="1A1A1A"/>
          <w:sz w:val="24"/>
        </w:rPr>
        <w:t>Fields</w:t>
      </w:r>
      <w:r>
        <w:rPr>
          <w:color w:val="1A1A1A"/>
          <w:spacing w:val="12"/>
          <w:sz w:val="24"/>
        </w:rPr>
        <w:t xml:space="preserve"> </w:t>
      </w:r>
      <w:r>
        <w:rPr>
          <w:color w:val="1A1A1A"/>
          <w:sz w:val="24"/>
        </w:rPr>
        <w:t>at</w:t>
      </w:r>
      <w:r>
        <w:rPr>
          <w:color w:val="1A1A1A"/>
          <w:spacing w:val="30"/>
          <w:sz w:val="24"/>
        </w:rPr>
        <w:t xml:space="preserve"> </w:t>
      </w:r>
      <w:r>
        <w:rPr>
          <w:color w:val="1A1A1A"/>
          <w:sz w:val="24"/>
        </w:rPr>
        <w:t>one</w:t>
      </w:r>
      <w:r>
        <w:rPr>
          <w:color w:val="1A1A1A"/>
          <w:spacing w:val="-4"/>
          <w:sz w:val="24"/>
        </w:rPr>
        <w:t xml:space="preserve"> </w:t>
      </w:r>
      <w:r>
        <w:rPr>
          <w:color w:val="1A1A1A"/>
          <w:spacing w:val="-2"/>
          <w:sz w:val="24"/>
        </w:rPr>
        <w:t>Complex)</w:t>
      </w:r>
    </w:p>
    <w:p w14:paraId="4C554A33" w14:textId="07C6DF68" w:rsidR="00B4650D" w:rsidRDefault="00B4650D" w:rsidP="00E01808">
      <w:pPr>
        <w:ind w:left="106"/>
        <w:rPr>
          <w:sz w:val="28"/>
        </w:rPr>
      </w:pPr>
      <w:r>
        <w:rPr>
          <w:b/>
          <w:color w:val="1A1A1A"/>
          <w:w w:val="105"/>
          <w:sz w:val="25"/>
        </w:rPr>
        <w:t>Fields:</w:t>
      </w:r>
      <w:r>
        <w:rPr>
          <w:b/>
          <w:color w:val="1A1A1A"/>
          <w:spacing w:val="-8"/>
          <w:w w:val="105"/>
          <w:sz w:val="25"/>
        </w:rPr>
        <w:t xml:space="preserve"> </w:t>
      </w:r>
      <w:r>
        <w:rPr>
          <w:b/>
          <w:color w:val="1A1A1A"/>
          <w:w w:val="105"/>
          <w:sz w:val="25"/>
        </w:rPr>
        <w:t>14</w:t>
      </w:r>
      <w:r>
        <w:rPr>
          <w:b/>
          <w:color w:val="1A1A1A"/>
          <w:spacing w:val="-10"/>
          <w:w w:val="105"/>
          <w:sz w:val="25"/>
        </w:rPr>
        <w:t xml:space="preserve"> </w:t>
      </w:r>
      <w:r>
        <w:rPr>
          <w:color w:val="1A1A1A"/>
          <w:w w:val="105"/>
          <w:sz w:val="24"/>
        </w:rPr>
        <w:t>beautifully</w:t>
      </w:r>
      <w:r>
        <w:rPr>
          <w:color w:val="1A1A1A"/>
          <w:spacing w:val="-5"/>
          <w:w w:val="105"/>
          <w:sz w:val="24"/>
        </w:rPr>
        <w:t xml:space="preserve"> </w:t>
      </w:r>
      <w:r>
        <w:rPr>
          <w:color w:val="1A1A1A"/>
          <w:w w:val="105"/>
          <w:sz w:val="24"/>
        </w:rPr>
        <w:t>manicured</w:t>
      </w:r>
      <w:r>
        <w:rPr>
          <w:color w:val="1A1A1A"/>
          <w:spacing w:val="2"/>
          <w:w w:val="105"/>
          <w:sz w:val="24"/>
        </w:rPr>
        <w:t xml:space="preserve"> </w:t>
      </w:r>
      <w:r>
        <w:rPr>
          <w:color w:val="1A1A1A"/>
          <w:w w:val="105"/>
          <w:sz w:val="24"/>
        </w:rPr>
        <w:t>fields,</w:t>
      </w:r>
      <w:r>
        <w:rPr>
          <w:color w:val="1A1A1A"/>
          <w:spacing w:val="-18"/>
          <w:w w:val="105"/>
          <w:sz w:val="24"/>
        </w:rPr>
        <w:t xml:space="preserve"> </w:t>
      </w:r>
      <w:r>
        <w:rPr>
          <w:color w:val="1A1A1A"/>
          <w:w w:val="105"/>
          <w:sz w:val="24"/>
        </w:rPr>
        <w:t>covered</w:t>
      </w:r>
      <w:r>
        <w:rPr>
          <w:color w:val="1A1A1A"/>
          <w:spacing w:val="-9"/>
          <w:w w:val="105"/>
          <w:sz w:val="24"/>
        </w:rPr>
        <w:t xml:space="preserve"> </w:t>
      </w:r>
      <w:r>
        <w:rPr>
          <w:color w:val="1A1A1A"/>
          <w:w w:val="105"/>
          <w:sz w:val="24"/>
        </w:rPr>
        <w:t>dugouts,</w:t>
      </w:r>
      <w:r>
        <w:rPr>
          <w:color w:val="1A1A1A"/>
          <w:spacing w:val="-17"/>
          <w:w w:val="105"/>
          <w:sz w:val="24"/>
        </w:rPr>
        <w:t xml:space="preserve"> </w:t>
      </w:r>
      <w:r>
        <w:rPr>
          <w:color w:val="1A1A1A"/>
          <w:w w:val="105"/>
          <w:sz w:val="24"/>
        </w:rPr>
        <w:t>practice</w:t>
      </w:r>
      <w:r>
        <w:rPr>
          <w:color w:val="1A1A1A"/>
          <w:spacing w:val="-16"/>
          <w:w w:val="105"/>
          <w:sz w:val="24"/>
        </w:rPr>
        <w:t xml:space="preserve"> </w:t>
      </w:r>
      <w:r>
        <w:rPr>
          <w:color w:val="1A1A1A"/>
          <w:spacing w:val="-2"/>
          <w:w w:val="105"/>
          <w:sz w:val="24"/>
        </w:rPr>
        <w:t>fields</w:t>
      </w:r>
    </w:p>
    <w:p w14:paraId="172A9B39" w14:textId="5F49C18F" w:rsidR="00B4650D" w:rsidRDefault="00B4650D" w:rsidP="00E01808">
      <w:pPr>
        <w:spacing w:line="288" w:lineRule="auto"/>
        <w:ind w:left="111" w:right="198" w:firstLine="12"/>
        <w:rPr>
          <w:sz w:val="23"/>
        </w:rPr>
      </w:pPr>
      <w:r>
        <w:rPr>
          <w:rFonts w:ascii="Times New Roman"/>
          <w:b/>
          <w:color w:val="1A1A1A"/>
          <w:sz w:val="25"/>
        </w:rPr>
        <w:t>Batting</w:t>
      </w:r>
      <w:r>
        <w:rPr>
          <w:rFonts w:ascii="Times New Roman"/>
          <w:b/>
          <w:color w:val="1A1A1A"/>
          <w:spacing w:val="32"/>
          <w:sz w:val="25"/>
        </w:rPr>
        <w:t xml:space="preserve"> </w:t>
      </w:r>
      <w:r>
        <w:rPr>
          <w:rFonts w:ascii="Times New Roman"/>
          <w:b/>
          <w:color w:val="1A1A1A"/>
          <w:sz w:val="25"/>
        </w:rPr>
        <w:t xml:space="preserve">Cage: </w:t>
      </w:r>
      <w:r>
        <w:rPr>
          <w:color w:val="1A1A1A"/>
          <w:sz w:val="24"/>
        </w:rPr>
        <w:t>Located</w:t>
      </w:r>
      <w:r>
        <w:rPr>
          <w:color w:val="1A1A1A"/>
          <w:spacing w:val="-4"/>
          <w:sz w:val="24"/>
        </w:rPr>
        <w:t xml:space="preserve"> </w:t>
      </w:r>
      <w:r>
        <w:rPr>
          <w:color w:val="1A1A1A"/>
          <w:sz w:val="24"/>
        </w:rPr>
        <w:t>at</w:t>
      </w:r>
      <w:r>
        <w:rPr>
          <w:color w:val="1A1A1A"/>
          <w:spacing w:val="40"/>
          <w:sz w:val="24"/>
        </w:rPr>
        <w:t xml:space="preserve"> </w:t>
      </w:r>
      <w:r>
        <w:rPr>
          <w:color w:val="1A1A1A"/>
          <w:sz w:val="24"/>
        </w:rPr>
        <w:t>Above</w:t>
      </w:r>
      <w:r>
        <w:rPr>
          <w:color w:val="1A1A1A"/>
          <w:spacing w:val="-6"/>
          <w:sz w:val="24"/>
        </w:rPr>
        <w:t xml:space="preserve"> </w:t>
      </w:r>
      <w:r>
        <w:rPr>
          <w:color w:val="1A1A1A"/>
          <w:sz w:val="24"/>
        </w:rPr>
        <w:t>Complex (Reservations assigned At</w:t>
      </w:r>
      <w:r>
        <w:rPr>
          <w:color w:val="1A1A1A"/>
          <w:spacing w:val="37"/>
          <w:sz w:val="24"/>
        </w:rPr>
        <w:t xml:space="preserve"> </w:t>
      </w:r>
      <w:r>
        <w:rPr>
          <w:color w:val="1A1A1A"/>
          <w:sz w:val="24"/>
        </w:rPr>
        <w:t xml:space="preserve">Managers </w:t>
      </w:r>
      <w:r>
        <w:rPr>
          <w:color w:val="1A1A1A"/>
          <w:spacing w:val="-2"/>
          <w:sz w:val="24"/>
        </w:rPr>
        <w:t>Meeting)</w:t>
      </w:r>
    </w:p>
    <w:p w14:paraId="7D471CE8" w14:textId="77777777" w:rsidR="00E01808" w:rsidRDefault="00B4650D" w:rsidP="00E01808">
      <w:pPr>
        <w:spacing w:before="1" w:line="288" w:lineRule="auto"/>
        <w:ind w:left="111"/>
        <w:rPr>
          <w:color w:val="1A1A1A"/>
          <w:spacing w:val="-4"/>
          <w:sz w:val="24"/>
        </w:rPr>
      </w:pPr>
      <w:r>
        <w:rPr>
          <w:b/>
          <w:color w:val="1A1A1A"/>
          <w:sz w:val="25"/>
        </w:rPr>
        <w:t xml:space="preserve">Parking: </w:t>
      </w:r>
      <w:r>
        <w:rPr>
          <w:color w:val="1A1A1A"/>
          <w:sz w:val="24"/>
        </w:rPr>
        <w:t>Open</w:t>
      </w:r>
      <w:r>
        <w:rPr>
          <w:color w:val="1A1A1A"/>
          <w:spacing w:val="-17"/>
          <w:sz w:val="24"/>
        </w:rPr>
        <w:t xml:space="preserve"> </w:t>
      </w:r>
      <w:r>
        <w:rPr>
          <w:color w:val="1A1A1A"/>
          <w:sz w:val="24"/>
        </w:rPr>
        <w:t>Parking</w:t>
      </w:r>
      <w:r>
        <w:rPr>
          <w:color w:val="1A1A1A"/>
          <w:spacing w:val="-1"/>
          <w:sz w:val="24"/>
        </w:rPr>
        <w:t xml:space="preserve"> </w:t>
      </w:r>
      <w:r>
        <w:rPr>
          <w:color w:val="1A1A1A"/>
          <w:sz w:val="24"/>
        </w:rPr>
        <w:t>lot</w:t>
      </w:r>
      <w:r>
        <w:rPr>
          <w:color w:val="1A1A1A"/>
          <w:spacing w:val="31"/>
          <w:sz w:val="24"/>
        </w:rPr>
        <w:t xml:space="preserve"> </w:t>
      </w:r>
      <w:r>
        <w:rPr>
          <w:color w:val="1A1A1A"/>
          <w:sz w:val="24"/>
        </w:rPr>
        <w:t>located</w:t>
      </w:r>
      <w:r>
        <w:rPr>
          <w:color w:val="1A1A1A"/>
          <w:spacing w:val="-17"/>
          <w:sz w:val="24"/>
        </w:rPr>
        <w:t xml:space="preserve"> </w:t>
      </w:r>
      <w:r>
        <w:rPr>
          <w:color w:val="1A1A1A"/>
          <w:sz w:val="24"/>
        </w:rPr>
        <w:t>at Otsego</w:t>
      </w:r>
      <w:r>
        <w:rPr>
          <w:color w:val="1A1A1A"/>
          <w:spacing w:val="19"/>
          <w:sz w:val="24"/>
        </w:rPr>
        <w:t xml:space="preserve"> </w:t>
      </w:r>
      <w:r>
        <w:rPr>
          <w:color w:val="1A1A1A"/>
          <w:sz w:val="24"/>
        </w:rPr>
        <w:t>Avenue</w:t>
      </w:r>
      <w:r>
        <w:rPr>
          <w:color w:val="1A1A1A"/>
          <w:spacing w:val="-9"/>
          <w:sz w:val="24"/>
        </w:rPr>
        <w:t xml:space="preserve"> </w:t>
      </w:r>
      <w:r>
        <w:rPr>
          <w:color w:val="1A1A1A"/>
          <w:sz w:val="26"/>
        </w:rPr>
        <w:t>&amp;</w:t>
      </w:r>
      <w:r>
        <w:rPr>
          <w:color w:val="1A1A1A"/>
          <w:spacing w:val="-19"/>
          <w:sz w:val="26"/>
        </w:rPr>
        <w:t xml:space="preserve"> </w:t>
      </w:r>
      <w:r>
        <w:rPr>
          <w:color w:val="1A1A1A"/>
          <w:sz w:val="24"/>
        </w:rPr>
        <w:t>Commack</w:t>
      </w:r>
      <w:r>
        <w:rPr>
          <w:color w:val="1A1A1A"/>
          <w:spacing w:val="-5"/>
          <w:sz w:val="24"/>
        </w:rPr>
        <w:t xml:space="preserve"> </w:t>
      </w:r>
      <w:r>
        <w:rPr>
          <w:color w:val="1A1A1A"/>
          <w:sz w:val="24"/>
        </w:rPr>
        <w:t>Road</w:t>
      </w:r>
      <w:r>
        <w:rPr>
          <w:color w:val="1A1A1A"/>
          <w:spacing w:val="-17"/>
          <w:sz w:val="24"/>
        </w:rPr>
        <w:t xml:space="preserve"> </w:t>
      </w:r>
      <w:r>
        <w:rPr>
          <w:color w:val="1A1A1A"/>
          <w:sz w:val="24"/>
        </w:rPr>
        <w:t xml:space="preserve">Entrances to </w:t>
      </w:r>
      <w:r>
        <w:rPr>
          <w:color w:val="1A1A1A"/>
          <w:spacing w:val="-4"/>
          <w:sz w:val="24"/>
        </w:rPr>
        <w:t>Park</w:t>
      </w:r>
    </w:p>
    <w:p w14:paraId="048F0011" w14:textId="4487ABE1" w:rsidR="00B4650D" w:rsidRDefault="00B4650D" w:rsidP="00E01808">
      <w:pPr>
        <w:spacing w:before="1" w:line="288" w:lineRule="auto"/>
        <w:ind w:left="111"/>
        <w:rPr>
          <w:rFonts w:ascii="Times New Roman"/>
          <w:sz w:val="28"/>
        </w:rPr>
      </w:pPr>
      <w:r>
        <w:rPr>
          <w:rFonts w:ascii="Times New Roman"/>
          <w:b/>
          <w:color w:val="1A1A1A"/>
          <w:sz w:val="25"/>
        </w:rPr>
        <w:t>Bathrooms:</w:t>
      </w:r>
      <w:r>
        <w:rPr>
          <w:rFonts w:ascii="Times New Roman"/>
          <w:b/>
          <w:color w:val="1A1A1A"/>
          <w:spacing w:val="46"/>
          <w:sz w:val="25"/>
        </w:rPr>
        <w:t xml:space="preserve"> </w:t>
      </w:r>
      <w:r>
        <w:rPr>
          <w:color w:val="1A1A1A"/>
          <w:sz w:val="24"/>
        </w:rPr>
        <w:t>Located</w:t>
      </w:r>
      <w:r>
        <w:rPr>
          <w:color w:val="1A1A1A"/>
          <w:spacing w:val="1"/>
          <w:sz w:val="24"/>
        </w:rPr>
        <w:t xml:space="preserve"> </w:t>
      </w:r>
      <w:r>
        <w:rPr>
          <w:color w:val="1A1A1A"/>
          <w:sz w:val="24"/>
        </w:rPr>
        <w:t>near</w:t>
      </w:r>
      <w:r>
        <w:rPr>
          <w:color w:val="1A1A1A"/>
          <w:spacing w:val="30"/>
          <w:sz w:val="24"/>
        </w:rPr>
        <w:t xml:space="preserve"> </w:t>
      </w:r>
      <w:r>
        <w:rPr>
          <w:color w:val="1A1A1A"/>
          <w:sz w:val="24"/>
        </w:rPr>
        <w:t>Snack</w:t>
      </w:r>
      <w:r>
        <w:rPr>
          <w:color w:val="1A1A1A"/>
          <w:spacing w:val="20"/>
          <w:sz w:val="24"/>
        </w:rPr>
        <w:t xml:space="preserve"> </w:t>
      </w:r>
      <w:r>
        <w:rPr>
          <w:color w:val="1A1A1A"/>
          <w:sz w:val="24"/>
        </w:rPr>
        <w:t>Stand</w:t>
      </w:r>
      <w:r>
        <w:rPr>
          <w:color w:val="1A1A1A"/>
          <w:spacing w:val="76"/>
          <w:sz w:val="24"/>
        </w:rPr>
        <w:t xml:space="preserve"> </w:t>
      </w:r>
      <w:r>
        <w:rPr>
          <w:color w:val="1A1A1A"/>
          <w:sz w:val="26"/>
        </w:rPr>
        <w:t>&amp;</w:t>
      </w:r>
      <w:r>
        <w:rPr>
          <w:color w:val="1A1A1A"/>
          <w:spacing w:val="-8"/>
          <w:sz w:val="26"/>
        </w:rPr>
        <w:t xml:space="preserve"> </w:t>
      </w:r>
      <w:r>
        <w:rPr>
          <w:color w:val="1A1A1A"/>
          <w:spacing w:val="-2"/>
          <w:sz w:val="24"/>
        </w:rPr>
        <w:t xml:space="preserve">Field </w:t>
      </w:r>
      <w:r>
        <w:rPr>
          <w:color w:val="1A1A1A"/>
          <w:spacing w:val="-2"/>
          <w:sz w:val="26"/>
        </w:rPr>
        <w:t xml:space="preserve"># </w:t>
      </w:r>
      <w:r>
        <w:rPr>
          <w:rFonts w:ascii="Times New Roman"/>
          <w:color w:val="1A1A1A"/>
          <w:spacing w:val="-10"/>
          <w:sz w:val="27"/>
        </w:rPr>
        <w:t>9</w:t>
      </w:r>
    </w:p>
    <w:p w14:paraId="5981C4A6" w14:textId="182590F6" w:rsidR="00B4650D" w:rsidRDefault="00B4650D" w:rsidP="00E01808">
      <w:pPr>
        <w:spacing w:line="280" w:lineRule="auto"/>
        <w:ind w:left="130" w:right="198" w:hanging="10"/>
      </w:pPr>
      <w:r>
        <w:rPr>
          <w:b/>
          <w:color w:val="1A1A1A"/>
          <w:sz w:val="23"/>
        </w:rPr>
        <w:t>Seating:</w:t>
      </w:r>
      <w:r>
        <w:rPr>
          <w:b/>
          <w:color w:val="1A1A1A"/>
          <w:spacing w:val="30"/>
          <w:sz w:val="23"/>
        </w:rPr>
        <w:t xml:space="preserve"> </w:t>
      </w:r>
      <w:r>
        <w:rPr>
          <w:color w:val="1A1A1A"/>
          <w:sz w:val="24"/>
        </w:rPr>
        <w:t>Bleacher</w:t>
      </w:r>
      <w:r>
        <w:rPr>
          <w:color w:val="1A1A1A"/>
          <w:spacing w:val="40"/>
          <w:sz w:val="24"/>
        </w:rPr>
        <w:t xml:space="preserve"> </w:t>
      </w:r>
      <w:r>
        <w:rPr>
          <w:color w:val="1A1A1A"/>
          <w:sz w:val="24"/>
        </w:rPr>
        <w:t xml:space="preserve">seating is available </w:t>
      </w:r>
      <w:proofErr w:type="gramStart"/>
      <w:r>
        <w:rPr>
          <w:color w:val="1A1A1A"/>
          <w:sz w:val="24"/>
        </w:rPr>
        <w:t>at</w:t>
      </w:r>
      <w:proofErr w:type="gramEnd"/>
      <w:r>
        <w:rPr>
          <w:color w:val="1A1A1A"/>
          <w:spacing w:val="40"/>
          <w:sz w:val="24"/>
        </w:rPr>
        <w:t xml:space="preserve"> </w:t>
      </w:r>
      <w:r>
        <w:rPr>
          <w:color w:val="1A1A1A"/>
          <w:sz w:val="24"/>
        </w:rPr>
        <w:t>all</w:t>
      </w:r>
      <w:r>
        <w:rPr>
          <w:color w:val="1A1A1A"/>
          <w:spacing w:val="39"/>
          <w:sz w:val="24"/>
        </w:rPr>
        <w:t xml:space="preserve"> </w:t>
      </w:r>
      <w:r>
        <w:rPr>
          <w:color w:val="1A1A1A"/>
          <w:sz w:val="24"/>
        </w:rPr>
        <w:t xml:space="preserve">fields </w:t>
      </w:r>
      <w:r>
        <w:rPr>
          <w:color w:val="1A1A1A"/>
          <w:sz w:val="26"/>
        </w:rPr>
        <w:t>&amp;</w:t>
      </w:r>
      <w:r>
        <w:rPr>
          <w:color w:val="1A1A1A"/>
          <w:spacing w:val="-2"/>
          <w:sz w:val="26"/>
        </w:rPr>
        <w:t xml:space="preserve"> </w:t>
      </w:r>
      <w:r>
        <w:rPr>
          <w:color w:val="1A1A1A"/>
          <w:sz w:val="24"/>
        </w:rPr>
        <w:t>space to</w:t>
      </w:r>
      <w:r>
        <w:rPr>
          <w:color w:val="1A1A1A"/>
          <w:spacing w:val="40"/>
          <w:sz w:val="24"/>
        </w:rPr>
        <w:t xml:space="preserve"> </w:t>
      </w:r>
      <w:r>
        <w:rPr>
          <w:color w:val="1A1A1A"/>
          <w:sz w:val="24"/>
        </w:rPr>
        <w:t>set</w:t>
      </w:r>
      <w:r>
        <w:rPr>
          <w:color w:val="1A1A1A"/>
          <w:spacing w:val="40"/>
          <w:sz w:val="24"/>
        </w:rPr>
        <w:t xml:space="preserve"> </w:t>
      </w:r>
      <w:r>
        <w:rPr>
          <w:color w:val="1A1A1A"/>
          <w:sz w:val="24"/>
        </w:rPr>
        <w:t>up chairs under trees available</w:t>
      </w:r>
      <w:r>
        <w:rPr>
          <w:color w:val="1A1A1A"/>
          <w:spacing w:val="40"/>
          <w:sz w:val="24"/>
        </w:rPr>
        <w:t xml:space="preserve"> </w:t>
      </w:r>
      <w:r>
        <w:rPr>
          <w:color w:val="1A1A1A"/>
          <w:sz w:val="24"/>
        </w:rPr>
        <w:t>in</w:t>
      </w:r>
      <w:r>
        <w:rPr>
          <w:color w:val="1A1A1A"/>
          <w:spacing w:val="40"/>
          <w:sz w:val="24"/>
        </w:rPr>
        <w:t xml:space="preserve"> </w:t>
      </w:r>
      <w:r>
        <w:rPr>
          <w:color w:val="1A1A1A"/>
          <w:sz w:val="24"/>
        </w:rPr>
        <w:t>the</w:t>
      </w:r>
      <w:r>
        <w:rPr>
          <w:color w:val="1A1A1A"/>
          <w:spacing w:val="80"/>
          <w:sz w:val="24"/>
        </w:rPr>
        <w:t xml:space="preserve"> </w:t>
      </w:r>
      <w:r>
        <w:rPr>
          <w:color w:val="1A1A1A"/>
          <w:sz w:val="24"/>
        </w:rPr>
        <w:t>outfield, please</w:t>
      </w:r>
      <w:r>
        <w:rPr>
          <w:color w:val="1A1A1A"/>
          <w:spacing w:val="40"/>
          <w:sz w:val="24"/>
        </w:rPr>
        <w:t xml:space="preserve"> </w:t>
      </w:r>
      <w:r>
        <w:rPr>
          <w:color w:val="1A1A1A"/>
          <w:sz w:val="24"/>
        </w:rPr>
        <w:t>plan accordingly</w:t>
      </w:r>
    </w:p>
    <w:p w14:paraId="62620A04" w14:textId="77777777" w:rsidR="00B4650D" w:rsidRDefault="00B4650D" w:rsidP="00B4650D">
      <w:pPr>
        <w:ind w:left="123"/>
        <w:rPr>
          <w:sz w:val="24"/>
        </w:rPr>
      </w:pPr>
      <w:r>
        <w:rPr>
          <w:b/>
          <w:color w:val="1A1A1A"/>
          <w:sz w:val="23"/>
        </w:rPr>
        <w:t>Concession</w:t>
      </w:r>
      <w:r>
        <w:rPr>
          <w:b/>
          <w:color w:val="1A1A1A"/>
          <w:spacing w:val="51"/>
          <w:sz w:val="23"/>
        </w:rPr>
        <w:t xml:space="preserve"> </w:t>
      </w:r>
      <w:r>
        <w:rPr>
          <w:b/>
          <w:color w:val="1A1A1A"/>
          <w:sz w:val="23"/>
        </w:rPr>
        <w:t>Stand:</w:t>
      </w:r>
      <w:r>
        <w:rPr>
          <w:b/>
          <w:color w:val="1A1A1A"/>
          <w:spacing w:val="25"/>
          <w:sz w:val="23"/>
        </w:rPr>
        <w:t xml:space="preserve"> </w:t>
      </w:r>
      <w:r>
        <w:rPr>
          <w:color w:val="1A1A1A"/>
          <w:sz w:val="24"/>
        </w:rPr>
        <w:t>Fully</w:t>
      </w:r>
      <w:r>
        <w:rPr>
          <w:color w:val="1A1A1A"/>
          <w:spacing w:val="19"/>
          <w:sz w:val="24"/>
        </w:rPr>
        <w:t xml:space="preserve"> </w:t>
      </w:r>
      <w:r>
        <w:rPr>
          <w:color w:val="1A1A1A"/>
          <w:sz w:val="24"/>
        </w:rPr>
        <w:t>stocked</w:t>
      </w:r>
      <w:r>
        <w:rPr>
          <w:color w:val="1A1A1A"/>
          <w:spacing w:val="21"/>
          <w:sz w:val="24"/>
        </w:rPr>
        <w:t xml:space="preserve"> </w:t>
      </w:r>
      <w:r>
        <w:rPr>
          <w:color w:val="1A1A1A"/>
          <w:sz w:val="24"/>
        </w:rPr>
        <w:t>concession</w:t>
      </w:r>
      <w:r>
        <w:rPr>
          <w:color w:val="1A1A1A"/>
          <w:spacing w:val="6"/>
          <w:sz w:val="24"/>
        </w:rPr>
        <w:t xml:space="preserve"> </w:t>
      </w:r>
      <w:proofErr w:type="gramStart"/>
      <w:r>
        <w:rPr>
          <w:color w:val="1A1A1A"/>
          <w:sz w:val="24"/>
        </w:rPr>
        <w:t>stand</w:t>
      </w:r>
      <w:proofErr w:type="gramEnd"/>
      <w:r>
        <w:rPr>
          <w:color w:val="1A1A1A"/>
          <w:spacing w:val="-7"/>
          <w:sz w:val="24"/>
        </w:rPr>
        <w:t xml:space="preserve"> </w:t>
      </w:r>
      <w:r>
        <w:rPr>
          <w:color w:val="1A1A1A"/>
          <w:sz w:val="24"/>
        </w:rPr>
        <w:t>at</w:t>
      </w:r>
      <w:r>
        <w:rPr>
          <w:color w:val="1A1A1A"/>
          <w:spacing w:val="37"/>
          <w:sz w:val="24"/>
        </w:rPr>
        <w:t xml:space="preserve"> </w:t>
      </w:r>
      <w:r>
        <w:rPr>
          <w:color w:val="1A1A1A"/>
          <w:sz w:val="24"/>
        </w:rPr>
        <w:t>both</w:t>
      </w:r>
      <w:r>
        <w:rPr>
          <w:color w:val="1A1A1A"/>
          <w:spacing w:val="6"/>
          <w:sz w:val="24"/>
        </w:rPr>
        <w:t xml:space="preserve"> </w:t>
      </w:r>
      <w:r>
        <w:rPr>
          <w:color w:val="1A1A1A"/>
          <w:spacing w:val="-2"/>
          <w:sz w:val="24"/>
        </w:rPr>
        <w:t>fields.</w:t>
      </w:r>
    </w:p>
    <w:p w14:paraId="583D36F3" w14:textId="0F75F8A3" w:rsidR="00FD0517" w:rsidRPr="0081753F" w:rsidRDefault="00280F35">
      <w:pPr>
        <w:rPr>
          <w:sz w:val="32"/>
          <w:szCs w:val="32"/>
        </w:rPr>
      </w:pPr>
      <w:r w:rsidRPr="0081753F">
        <w:rPr>
          <w:sz w:val="32"/>
          <w:szCs w:val="32"/>
        </w:rPr>
        <w:br/>
      </w:r>
    </w:p>
    <w:p w14:paraId="3F71F4C6" w14:textId="77777777" w:rsidR="00FD0517" w:rsidRPr="0081753F" w:rsidRDefault="00280F35">
      <w:pPr>
        <w:pStyle w:val="Heading1"/>
        <w:rPr>
          <w:sz w:val="40"/>
          <w:szCs w:val="40"/>
        </w:rPr>
      </w:pPr>
      <w:r w:rsidRPr="0081753F">
        <w:rPr>
          <w:sz w:val="40"/>
          <w:szCs w:val="40"/>
        </w:rPr>
        <w:t>Map</w:t>
      </w:r>
    </w:p>
    <w:p w14:paraId="1E6F4418" w14:textId="77777777" w:rsidR="00287465" w:rsidRDefault="00287465" w:rsidP="00287465">
      <w:pPr>
        <w:rPr>
          <w:sz w:val="40"/>
          <w:szCs w:val="40"/>
        </w:rPr>
      </w:pPr>
      <w:r w:rsidRPr="00E677DE">
        <w:rPr>
          <w:sz w:val="40"/>
          <w:szCs w:val="40"/>
        </w:rPr>
        <w:t>https://maps.apple.com/place?place-id=I6FCA3F470A842CD5&amp;address=Commack+Rd%2C+Dix+Hills%2C+NY+11746%2C+United+States&amp;coordinate=40.788080%2C-73.312948&amp;name=Otsego+Park&amp;_provider=9902</w:t>
      </w:r>
    </w:p>
    <w:p w14:paraId="470E3B34" w14:textId="77777777" w:rsidR="00FD0517" w:rsidRDefault="00280F35">
      <w:r>
        <w:br w:type="page"/>
      </w:r>
    </w:p>
    <w:p w14:paraId="1B6413DE" w14:textId="77777777" w:rsidR="00105882" w:rsidRPr="00105882" w:rsidRDefault="00105882" w:rsidP="00105882">
      <w:pPr>
        <w:keepNext/>
        <w:keepLines/>
        <w:spacing w:before="480" w:after="0"/>
        <w:outlineLvl w:val="0"/>
        <w:rPr>
          <w:rFonts w:asciiTheme="majorHAnsi" w:eastAsiaTheme="majorEastAsia" w:hAnsiTheme="majorHAnsi" w:cstheme="majorBidi"/>
          <w:b/>
          <w:bCs/>
          <w:color w:val="365F91" w:themeColor="accent1" w:themeShade="BF"/>
          <w:sz w:val="40"/>
          <w:szCs w:val="40"/>
        </w:rPr>
      </w:pPr>
      <w:r w:rsidRPr="00105882">
        <w:rPr>
          <w:rFonts w:asciiTheme="majorHAnsi" w:eastAsiaTheme="majorEastAsia" w:hAnsiTheme="majorHAnsi" w:cstheme="majorBidi"/>
          <w:b/>
          <w:bCs/>
          <w:color w:val="365F91" w:themeColor="accent1" w:themeShade="BF"/>
          <w:sz w:val="40"/>
          <w:szCs w:val="40"/>
        </w:rPr>
        <w:lastRenderedPageBreak/>
        <w:t>Hotels</w:t>
      </w:r>
    </w:p>
    <w:p w14:paraId="695AEF15" w14:textId="77777777" w:rsidR="00105882" w:rsidRPr="00105882" w:rsidRDefault="00105882" w:rsidP="00105882">
      <w:pPr>
        <w:rPr>
          <w:sz w:val="32"/>
          <w:szCs w:val="32"/>
        </w:rPr>
      </w:pPr>
      <w:r w:rsidRPr="00105882">
        <w:rPr>
          <w:sz w:val="32"/>
          <w:szCs w:val="32"/>
        </w:rPr>
        <w:t>Hampton Inn Commack</w:t>
      </w:r>
      <w:r w:rsidRPr="00105882">
        <w:rPr>
          <w:sz w:val="32"/>
          <w:szCs w:val="32"/>
        </w:rPr>
        <w:br/>
        <w:t>Hyatt Regency Long Island</w:t>
      </w:r>
      <w:r w:rsidRPr="00105882">
        <w:rPr>
          <w:sz w:val="32"/>
          <w:szCs w:val="32"/>
        </w:rPr>
        <w:br/>
        <w:t>Holiday Inn Express</w:t>
      </w:r>
      <w:r w:rsidRPr="00105882">
        <w:rPr>
          <w:sz w:val="32"/>
          <w:szCs w:val="32"/>
        </w:rPr>
        <w:br/>
        <w:t>Radisson Hauppauge</w:t>
      </w:r>
    </w:p>
    <w:p w14:paraId="6092E4C0" w14:textId="77777777" w:rsidR="00105882" w:rsidRPr="00105882" w:rsidRDefault="00105882" w:rsidP="00105882">
      <w:pPr>
        <w:keepNext/>
        <w:keepLines/>
        <w:spacing w:before="480" w:after="0"/>
        <w:outlineLvl w:val="0"/>
        <w:rPr>
          <w:rFonts w:asciiTheme="majorHAnsi" w:eastAsiaTheme="majorEastAsia" w:hAnsiTheme="majorHAnsi" w:cstheme="majorBidi"/>
          <w:b/>
          <w:bCs/>
          <w:color w:val="365F91" w:themeColor="accent1" w:themeShade="BF"/>
          <w:sz w:val="40"/>
          <w:szCs w:val="40"/>
        </w:rPr>
      </w:pPr>
      <w:r w:rsidRPr="00105882">
        <w:rPr>
          <w:rFonts w:asciiTheme="majorHAnsi" w:eastAsiaTheme="majorEastAsia" w:hAnsiTheme="majorHAnsi" w:cstheme="majorBidi"/>
          <w:b/>
          <w:bCs/>
          <w:color w:val="365F91" w:themeColor="accent1" w:themeShade="BF"/>
          <w:sz w:val="40"/>
          <w:szCs w:val="40"/>
        </w:rPr>
        <w:t>Restaurants &amp; Attractions</w:t>
      </w:r>
    </w:p>
    <w:p w14:paraId="7E5E77B5" w14:textId="77777777" w:rsidR="00105882" w:rsidRPr="00105882" w:rsidRDefault="00105882" w:rsidP="00105882">
      <w:pPr>
        <w:rPr>
          <w:sz w:val="32"/>
          <w:szCs w:val="32"/>
        </w:rPr>
      </w:pPr>
      <w:r w:rsidRPr="00105882">
        <w:rPr>
          <w:sz w:val="32"/>
          <w:szCs w:val="32"/>
        </w:rPr>
        <w:t>Adventureland</w:t>
      </w:r>
      <w:r w:rsidRPr="00105882">
        <w:rPr>
          <w:sz w:val="32"/>
          <w:szCs w:val="32"/>
        </w:rPr>
        <w:br/>
        <w:t>Robert Moses Beach</w:t>
      </w:r>
      <w:r w:rsidRPr="00105882">
        <w:rPr>
          <w:sz w:val="32"/>
          <w:szCs w:val="32"/>
        </w:rPr>
        <w:br/>
      </w:r>
      <w:proofErr w:type="spellStart"/>
      <w:r w:rsidRPr="00105882">
        <w:rPr>
          <w:sz w:val="32"/>
          <w:szCs w:val="32"/>
        </w:rPr>
        <w:t>Captree</w:t>
      </w:r>
      <w:proofErr w:type="spellEnd"/>
      <w:r w:rsidRPr="00105882">
        <w:rPr>
          <w:sz w:val="32"/>
          <w:szCs w:val="32"/>
        </w:rPr>
        <w:t xml:space="preserve"> State Park</w:t>
      </w:r>
      <w:r w:rsidRPr="00105882">
        <w:rPr>
          <w:sz w:val="32"/>
          <w:szCs w:val="32"/>
        </w:rPr>
        <w:br/>
        <w:t>Tanger Outlets</w:t>
      </w:r>
    </w:p>
    <w:p w14:paraId="0923526B" w14:textId="77777777" w:rsidR="00105882" w:rsidRPr="00105882" w:rsidRDefault="00105882" w:rsidP="00105882">
      <w:pPr>
        <w:keepNext/>
        <w:keepLines/>
        <w:spacing w:before="480" w:after="0"/>
        <w:outlineLvl w:val="0"/>
        <w:rPr>
          <w:rFonts w:asciiTheme="majorHAnsi" w:eastAsiaTheme="majorEastAsia" w:hAnsiTheme="majorHAnsi" w:cstheme="majorBidi"/>
          <w:b/>
          <w:bCs/>
          <w:color w:val="365F91" w:themeColor="accent1" w:themeShade="BF"/>
          <w:sz w:val="40"/>
          <w:szCs w:val="40"/>
        </w:rPr>
      </w:pPr>
      <w:r w:rsidRPr="00105882">
        <w:rPr>
          <w:rFonts w:asciiTheme="majorHAnsi" w:eastAsiaTheme="majorEastAsia" w:hAnsiTheme="majorHAnsi" w:cstheme="majorBidi"/>
          <w:b/>
          <w:bCs/>
          <w:color w:val="365F91" w:themeColor="accent1" w:themeShade="BF"/>
          <w:sz w:val="40"/>
          <w:szCs w:val="40"/>
        </w:rPr>
        <w:t>Medical Facilities</w:t>
      </w:r>
    </w:p>
    <w:p w14:paraId="2B1D897F" w14:textId="77777777" w:rsidR="00105882" w:rsidRPr="00105882" w:rsidRDefault="00105882" w:rsidP="00105882">
      <w:pPr>
        <w:rPr>
          <w:sz w:val="32"/>
          <w:szCs w:val="32"/>
        </w:rPr>
      </w:pPr>
      <w:r w:rsidRPr="00105882">
        <w:rPr>
          <w:sz w:val="32"/>
          <w:szCs w:val="32"/>
        </w:rPr>
        <w:t>Northwell Health Urgent Care nearby.</w:t>
      </w:r>
      <w:r w:rsidRPr="00105882">
        <w:rPr>
          <w:sz w:val="32"/>
          <w:szCs w:val="32"/>
        </w:rPr>
        <w:br/>
        <w:t xml:space="preserve">AED </w:t>
      </w:r>
      <w:proofErr w:type="gramStart"/>
      <w:r w:rsidRPr="00105882">
        <w:rPr>
          <w:sz w:val="32"/>
          <w:szCs w:val="32"/>
        </w:rPr>
        <w:t>available</w:t>
      </w:r>
      <w:proofErr w:type="gramEnd"/>
      <w:r w:rsidRPr="00105882">
        <w:rPr>
          <w:sz w:val="32"/>
          <w:szCs w:val="32"/>
        </w:rPr>
        <w:t xml:space="preserve"> </w:t>
      </w:r>
      <w:proofErr w:type="gramStart"/>
      <w:r w:rsidRPr="00105882">
        <w:rPr>
          <w:sz w:val="32"/>
          <w:szCs w:val="32"/>
        </w:rPr>
        <w:t>at</w:t>
      </w:r>
      <w:proofErr w:type="gramEnd"/>
      <w:r w:rsidRPr="00105882">
        <w:rPr>
          <w:sz w:val="32"/>
          <w:szCs w:val="32"/>
        </w:rPr>
        <w:t xml:space="preserve"> fields.</w:t>
      </w:r>
    </w:p>
    <w:p w14:paraId="75B3667B" w14:textId="77777777" w:rsidR="00FD0517" w:rsidRDefault="00280F35">
      <w:r>
        <w:br w:type="page"/>
      </w:r>
    </w:p>
    <w:p w14:paraId="5C428CC4" w14:textId="77777777" w:rsidR="00FD0517" w:rsidRDefault="00280F35">
      <w:r>
        <w:lastRenderedPageBreak/>
        <w:br w:type="page"/>
      </w:r>
    </w:p>
    <w:sectPr w:rsidR="00FD0517"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E753576"/>
    <w:multiLevelType w:val="hybridMultilevel"/>
    <w:tmpl w:val="517EC4D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2D02624A"/>
    <w:multiLevelType w:val="hybridMultilevel"/>
    <w:tmpl w:val="E96EA10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35AF2619"/>
    <w:multiLevelType w:val="hybridMultilevel"/>
    <w:tmpl w:val="B032E23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475A0E2B"/>
    <w:multiLevelType w:val="hybridMultilevel"/>
    <w:tmpl w:val="546E94C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619F4D13"/>
    <w:multiLevelType w:val="hybridMultilevel"/>
    <w:tmpl w:val="4890242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70E2599E"/>
    <w:multiLevelType w:val="hybridMultilevel"/>
    <w:tmpl w:val="A4D2B0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73BF29C5"/>
    <w:multiLevelType w:val="hybridMultilevel"/>
    <w:tmpl w:val="38C6759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7D630676"/>
    <w:multiLevelType w:val="hybridMultilevel"/>
    <w:tmpl w:val="2DB2865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245768009">
    <w:abstractNumId w:val="8"/>
  </w:num>
  <w:num w:numId="2" w16cid:durableId="1854874012">
    <w:abstractNumId w:val="6"/>
  </w:num>
  <w:num w:numId="3" w16cid:durableId="192770350">
    <w:abstractNumId w:val="5"/>
  </w:num>
  <w:num w:numId="4" w16cid:durableId="1961954811">
    <w:abstractNumId w:val="4"/>
  </w:num>
  <w:num w:numId="5" w16cid:durableId="206183851">
    <w:abstractNumId w:val="7"/>
  </w:num>
  <w:num w:numId="6" w16cid:durableId="1266158066">
    <w:abstractNumId w:val="3"/>
  </w:num>
  <w:num w:numId="7" w16cid:durableId="390614903">
    <w:abstractNumId w:val="2"/>
  </w:num>
  <w:num w:numId="8" w16cid:durableId="2018773333">
    <w:abstractNumId w:val="1"/>
  </w:num>
  <w:num w:numId="9" w16cid:durableId="1415936963">
    <w:abstractNumId w:val="0"/>
  </w:num>
  <w:num w:numId="10" w16cid:durableId="1973708442">
    <w:abstractNumId w:val="16"/>
  </w:num>
  <w:num w:numId="11" w16cid:durableId="1982998252">
    <w:abstractNumId w:val="14"/>
  </w:num>
  <w:num w:numId="12" w16cid:durableId="1491483181">
    <w:abstractNumId w:val="9"/>
  </w:num>
  <w:num w:numId="13" w16cid:durableId="1335105596">
    <w:abstractNumId w:val="13"/>
  </w:num>
  <w:num w:numId="14" w16cid:durableId="242644423">
    <w:abstractNumId w:val="10"/>
  </w:num>
  <w:num w:numId="15" w16cid:durableId="1423574103">
    <w:abstractNumId w:val="11"/>
  </w:num>
  <w:num w:numId="16" w16cid:durableId="1684013892">
    <w:abstractNumId w:val="15"/>
  </w:num>
  <w:num w:numId="17" w16cid:durableId="77583337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8367F"/>
    <w:rsid w:val="000D1316"/>
    <w:rsid w:val="00105882"/>
    <w:rsid w:val="001071C2"/>
    <w:rsid w:val="0015074B"/>
    <w:rsid w:val="001A385B"/>
    <w:rsid w:val="001B7C0D"/>
    <w:rsid w:val="00211C85"/>
    <w:rsid w:val="002144C5"/>
    <w:rsid w:val="00253685"/>
    <w:rsid w:val="00280F35"/>
    <w:rsid w:val="00287465"/>
    <w:rsid w:val="0029639D"/>
    <w:rsid w:val="002B4EB9"/>
    <w:rsid w:val="002D4B5C"/>
    <w:rsid w:val="002E4A38"/>
    <w:rsid w:val="0030542D"/>
    <w:rsid w:val="00326F90"/>
    <w:rsid w:val="003E027E"/>
    <w:rsid w:val="00450981"/>
    <w:rsid w:val="0046183C"/>
    <w:rsid w:val="00470188"/>
    <w:rsid w:val="004760C2"/>
    <w:rsid w:val="004825CF"/>
    <w:rsid w:val="004A7185"/>
    <w:rsid w:val="005C1981"/>
    <w:rsid w:val="005C31A5"/>
    <w:rsid w:val="005C7751"/>
    <w:rsid w:val="00651FBB"/>
    <w:rsid w:val="0069451C"/>
    <w:rsid w:val="00707925"/>
    <w:rsid w:val="00725099"/>
    <w:rsid w:val="008049C7"/>
    <w:rsid w:val="0081753F"/>
    <w:rsid w:val="00824DE3"/>
    <w:rsid w:val="008359E5"/>
    <w:rsid w:val="008405C2"/>
    <w:rsid w:val="008C7AF9"/>
    <w:rsid w:val="00941CDC"/>
    <w:rsid w:val="009438DC"/>
    <w:rsid w:val="009D352C"/>
    <w:rsid w:val="00A228D1"/>
    <w:rsid w:val="00A47E34"/>
    <w:rsid w:val="00A972E3"/>
    <w:rsid w:val="00AA1D8D"/>
    <w:rsid w:val="00AA6A00"/>
    <w:rsid w:val="00AF19B3"/>
    <w:rsid w:val="00B4650D"/>
    <w:rsid w:val="00B47730"/>
    <w:rsid w:val="00BB208C"/>
    <w:rsid w:val="00C52082"/>
    <w:rsid w:val="00CB0664"/>
    <w:rsid w:val="00CB2B51"/>
    <w:rsid w:val="00CE19AC"/>
    <w:rsid w:val="00D0137B"/>
    <w:rsid w:val="00D3180C"/>
    <w:rsid w:val="00E01808"/>
    <w:rsid w:val="00E300CC"/>
    <w:rsid w:val="00F568D4"/>
    <w:rsid w:val="00FC693F"/>
    <w:rsid w:val="00FD0517"/>
    <w:rsid w:val="00FE6D5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D4F944E"/>
  <w14:defaultImageDpi w14:val="300"/>
  <w15:docId w15:val="{342E176C-566A-4A7D-8F6E-1EFD6D0C9C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4EB9"/>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2E4A38"/>
    <w:rPr>
      <w:color w:val="0000FF" w:themeColor="hyperlink"/>
      <w:u w:val="single"/>
    </w:rPr>
  </w:style>
  <w:style w:type="character" w:styleId="UnresolvedMention">
    <w:name w:val="Unresolved Mention"/>
    <w:basedOn w:val="DefaultParagraphFont"/>
    <w:uiPriority w:val="99"/>
    <w:semiHidden/>
    <w:unhideWhenUsed/>
    <w:rsid w:val="002E4A3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hhllhawks.com/" TargetMode="External"/><Relationship Id="rId3" Type="http://schemas.openxmlformats.org/officeDocument/2006/relationships/styles" Target="styles.xml"/><Relationship Id="rId7" Type="http://schemas.openxmlformats.org/officeDocument/2006/relationships/hyperlink" Target="mailto:Muraco@mvsmailers.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district34l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846</Words>
  <Characters>4825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5660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Steven Muraco</cp:lastModifiedBy>
  <cp:revision>2</cp:revision>
  <cp:lastPrinted>2026-04-19T18:57:00Z</cp:lastPrinted>
  <dcterms:created xsi:type="dcterms:W3CDTF">2026-06-29T11:12:00Z</dcterms:created>
  <dcterms:modified xsi:type="dcterms:W3CDTF">2026-06-29T11:12:00Z</dcterms:modified>
  <cp:category/>
</cp:coreProperties>
</file>